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A3E" w:rsidRPr="00C85DBF" w:rsidRDefault="00F52167" w:rsidP="002F0F18">
      <w:pPr>
        <w:pStyle w:val="Title"/>
        <w:rPr>
          <w:lang w:val="pl-PL"/>
        </w:rPr>
      </w:pPr>
      <w:r w:rsidRPr="00C85DBF">
        <w:rPr>
          <w:lang w:val="pl-PL"/>
        </w:rPr>
        <w:t>CZĘŚĆ I</w:t>
      </w:r>
    </w:p>
    <w:p w:rsidR="00AD3A3E" w:rsidRPr="00F844B3" w:rsidRDefault="00F52167" w:rsidP="00F52167">
      <w:pPr>
        <w:pStyle w:val="Heading2"/>
        <w:ind w:left="720" w:firstLine="720"/>
        <w:rPr>
          <w:sz w:val="28"/>
          <w:szCs w:val="28"/>
          <w:u w:val="single"/>
          <w:lang w:val="pl-PL"/>
        </w:rPr>
      </w:pPr>
      <w:r w:rsidRPr="00F844B3">
        <w:rPr>
          <w:sz w:val="28"/>
          <w:szCs w:val="28"/>
          <w:u w:val="single"/>
          <w:lang w:val="pl-PL"/>
        </w:rPr>
        <w:t>Duchu Święty, przyjdź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F844B3">
        <w:rPr>
          <w:b/>
          <w:lang w:val="pl-PL"/>
        </w:rPr>
        <w:t>Duchu Święty, przyjdź – otwórz serce me!</w:t>
      </w:r>
      <w:r w:rsidRPr="00F844B3">
        <w:rPr>
          <w:b/>
          <w:lang w:val="pl-PL"/>
        </w:rPr>
        <w:br/>
        <w:t>Rozpal ducha i we mnie się módl!</w:t>
      </w:r>
      <w:r w:rsidRPr="00F844B3">
        <w:rPr>
          <w:b/>
          <w:lang w:val="pl-PL"/>
        </w:rPr>
        <w:br/>
        <w:t>Oświeć umysł mój, wyraź wnętrze me,</w:t>
      </w:r>
      <w:r w:rsidRPr="00F844B3">
        <w:rPr>
          <w:b/>
          <w:lang w:val="pl-PL"/>
        </w:rPr>
        <w:br/>
        <w:t>naucz, Panie, jak modlić się</w:t>
      </w:r>
      <w:r w:rsidRPr="00C85DBF">
        <w:rPr>
          <w:lang w:val="pl-PL"/>
        </w:rPr>
        <w:t>.</w:t>
      </w:r>
      <w:r w:rsidR="00F844B3">
        <w:rPr>
          <w:lang w:val="pl-PL"/>
        </w:rPr>
        <w:t xml:space="preserve"> /3x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Przenikasz i znasz, Panie, mnie,</w:t>
      </w:r>
      <w:r w:rsidRPr="00C85DBF">
        <w:rPr>
          <w:lang w:val="pl-PL"/>
        </w:rPr>
        <w:br/>
        <w:t>wiesz dobrze, co powiedzieć chcę.</w:t>
      </w:r>
      <w:r w:rsidRPr="00C85DBF">
        <w:rPr>
          <w:lang w:val="pl-PL"/>
        </w:rPr>
        <w:br/>
        <w:t>Miłujesz i prowadzisz mnie,</w:t>
      </w:r>
      <w:r w:rsidRPr="00C85DBF">
        <w:rPr>
          <w:lang w:val="pl-PL"/>
        </w:rPr>
        <w:br/>
        <w:t>wspieraj łaską w słabości mej!</w:t>
      </w:r>
    </w:p>
    <w:p w:rsidR="00AD3A3E" w:rsidRDefault="00F52167" w:rsidP="006D2F7D">
      <w:pPr>
        <w:keepLines/>
        <w:ind w:left="1440"/>
        <w:rPr>
          <w:b/>
          <w:lang w:val="pl-PL"/>
        </w:rPr>
      </w:pPr>
      <w:r w:rsidRPr="00F844B3">
        <w:rPr>
          <w:b/>
          <w:lang w:val="pl-PL"/>
        </w:rPr>
        <w:t>Duchu Święty, przyjdź – otwórz serce me!</w:t>
      </w:r>
      <w:r w:rsidRPr="00F844B3">
        <w:rPr>
          <w:b/>
          <w:lang w:val="pl-PL"/>
        </w:rPr>
        <w:br/>
        <w:t>Rozpal ducha i we mnie się módl!</w:t>
      </w:r>
      <w:r w:rsidRPr="00F844B3">
        <w:rPr>
          <w:b/>
          <w:lang w:val="pl-PL"/>
        </w:rPr>
        <w:br/>
        <w:t>Oświeć umysł mój, wyraź wnętrze me,</w:t>
      </w:r>
      <w:r w:rsidRPr="00F844B3">
        <w:rPr>
          <w:b/>
          <w:lang w:val="pl-PL"/>
        </w:rPr>
        <w:br/>
        <w:t>naucz, Panie, jak modlić się.</w:t>
      </w:r>
      <w:r w:rsidR="00F844B3" w:rsidRPr="00F844B3">
        <w:rPr>
          <w:b/>
          <w:lang w:val="pl-PL"/>
        </w:rPr>
        <w:t>/3x</w:t>
      </w:r>
    </w:p>
    <w:p w:rsidR="00F844B3" w:rsidRPr="00F844B3" w:rsidRDefault="00F844B3" w:rsidP="006D2F7D">
      <w:pPr>
        <w:keepLines/>
        <w:ind w:left="1440"/>
        <w:rPr>
          <w:b/>
          <w:sz w:val="24"/>
          <w:lang w:val="pl-PL"/>
        </w:rPr>
      </w:pPr>
    </w:p>
    <w:p w:rsidR="00AD3A3E" w:rsidRPr="00F844B3" w:rsidRDefault="00F52167" w:rsidP="002F0F18">
      <w:pPr>
        <w:pStyle w:val="Heading2"/>
        <w:ind w:left="1440"/>
        <w:rPr>
          <w:sz w:val="36"/>
          <w:szCs w:val="28"/>
          <w:lang w:val="pl-PL"/>
        </w:rPr>
      </w:pPr>
      <w:r w:rsidRPr="00F844B3">
        <w:rPr>
          <w:sz w:val="36"/>
          <w:szCs w:val="28"/>
          <w:lang w:val="pl-PL"/>
        </w:rPr>
        <w:t>Pieśni podczas Adoracji Krzyża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Panie, proszę spraw,</w:t>
      </w:r>
      <w:r w:rsidRPr="00C85DBF">
        <w:rPr>
          <w:lang w:val="pl-PL"/>
        </w:rPr>
        <w:br/>
        <w:t>aby życie mi nie było obojętne,</w:t>
      </w:r>
      <w:r w:rsidRPr="00C85DBF">
        <w:rPr>
          <w:lang w:val="pl-PL"/>
        </w:rPr>
        <w:br/>
        <w:t>abym zawsze kochał to, co piękne,</w:t>
      </w:r>
      <w:r w:rsidRPr="00C85DBF">
        <w:rPr>
          <w:lang w:val="pl-PL"/>
        </w:rPr>
        <w:br/>
        <w:t>pozostawił ciepły ślad na czyjejś ręce.</w:t>
      </w:r>
    </w:p>
    <w:p w:rsidR="00AD3A3E" w:rsidRDefault="00F844B3" w:rsidP="006D2F7D">
      <w:pPr>
        <w:keepLines/>
        <w:ind w:left="1440"/>
        <w:rPr>
          <w:lang w:val="pl-PL"/>
        </w:rPr>
      </w:pPr>
      <w:r>
        <w:rPr>
          <w:lang w:val="pl-PL"/>
        </w:rPr>
        <w:t>Maryjo</w:t>
      </w:r>
      <w:r w:rsidR="00F52167" w:rsidRPr="00C85DBF">
        <w:rPr>
          <w:lang w:val="pl-PL"/>
        </w:rPr>
        <w:t>, proszę spraw…</w:t>
      </w:r>
      <w:r w:rsidR="00F52167" w:rsidRPr="00C85DBF">
        <w:rPr>
          <w:lang w:val="pl-PL"/>
        </w:rPr>
        <w:br/>
        <w:t>Jezu, proszę spraw…</w:t>
      </w:r>
    </w:p>
    <w:p w:rsidR="00F844B3" w:rsidRPr="00C85DBF" w:rsidRDefault="00F844B3" w:rsidP="006D2F7D">
      <w:pPr>
        <w:keepLines/>
        <w:ind w:left="1440"/>
        <w:rPr>
          <w:lang w:val="pl-PL"/>
        </w:rPr>
      </w:pPr>
    </w:p>
    <w:p w:rsidR="00AD3A3E" w:rsidRPr="00F844B3" w:rsidRDefault="00F52167" w:rsidP="00F844B3">
      <w:pPr>
        <w:pStyle w:val="Heading2"/>
        <w:spacing w:before="0" w:after="0"/>
        <w:ind w:left="1440"/>
        <w:rPr>
          <w:sz w:val="28"/>
          <w:szCs w:val="28"/>
          <w:u w:val="single"/>
          <w:lang w:val="pl-PL"/>
        </w:rPr>
      </w:pPr>
      <w:r w:rsidRPr="00F844B3">
        <w:rPr>
          <w:sz w:val="28"/>
          <w:szCs w:val="28"/>
          <w:u w:val="single"/>
          <w:lang w:val="pl-PL"/>
        </w:rPr>
        <w:t>Pokorna Służebnico Pana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Łamiąca strzały nieprzyjaciela,</w:t>
      </w:r>
      <w:r w:rsidRPr="00C85DBF">
        <w:rPr>
          <w:lang w:val="pl-PL"/>
        </w:rPr>
        <w:br/>
        <w:t>miażdżąca głowę węża.</w:t>
      </w:r>
      <w:r w:rsidR="00F844B3">
        <w:rPr>
          <w:lang w:val="pl-PL"/>
        </w:rPr>
        <w:t>/2x</w:t>
      </w:r>
    </w:p>
    <w:p w:rsidR="00AD3A3E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Bądź zawsze przy mnie,</w:t>
      </w:r>
      <w:r w:rsidRPr="00C85DBF">
        <w:rPr>
          <w:lang w:val="pl-PL"/>
        </w:rPr>
        <w:br/>
        <w:t>abym stawał się pokornym sługą</w:t>
      </w:r>
      <w:r w:rsidRPr="00C85DBF">
        <w:rPr>
          <w:lang w:val="pl-PL"/>
        </w:rPr>
        <w:br/>
        <w:t>na wzór mego Mistrza i Pana.</w:t>
      </w:r>
    </w:p>
    <w:p w:rsidR="00F844B3" w:rsidRPr="00C85DBF" w:rsidRDefault="00F844B3" w:rsidP="006D2F7D">
      <w:pPr>
        <w:keepLines/>
        <w:ind w:left="1440"/>
        <w:rPr>
          <w:lang w:val="pl-PL"/>
        </w:rPr>
      </w:pPr>
    </w:p>
    <w:p w:rsidR="00AD3A3E" w:rsidRPr="00F844B3" w:rsidRDefault="00F52167" w:rsidP="00F844B3">
      <w:pPr>
        <w:pStyle w:val="Heading2"/>
        <w:spacing w:before="0" w:after="0"/>
        <w:ind w:left="1440"/>
        <w:rPr>
          <w:sz w:val="28"/>
          <w:szCs w:val="28"/>
          <w:u w:val="single"/>
          <w:lang w:val="pl-PL"/>
        </w:rPr>
      </w:pPr>
      <w:r w:rsidRPr="00F844B3">
        <w:rPr>
          <w:sz w:val="28"/>
          <w:szCs w:val="28"/>
          <w:u w:val="single"/>
          <w:lang w:val="pl-PL"/>
        </w:rPr>
        <w:t>Prawda jedyna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Prawda jedyna – słowa Jezusa z Nazaretu,</w:t>
      </w:r>
      <w:r w:rsidRPr="00C85DBF">
        <w:rPr>
          <w:lang w:val="pl-PL"/>
        </w:rPr>
        <w:br/>
        <w:t>że swego Syna posłał z niebios Bóg na świat,</w:t>
      </w:r>
      <w:r w:rsidRPr="00C85DBF">
        <w:rPr>
          <w:lang w:val="pl-PL"/>
        </w:rPr>
        <w:br/>
        <w:t>aby niewinnie cierpiąc, zmarł za nasze grzechy</w:t>
      </w:r>
      <w:r w:rsidRPr="00C85DBF">
        <w:rPr>
          <w:lang w:val="pl-PL"/>
        </w:rPr>
        <w:br/>
        <w:t>i w pohańbieniu przyjął winy wszystkich nas.</w:t>
      </w:r>
    </w:p>
    <w:p w:rsidR="00AD3A3E" w:rsidRPr="00F844B3" w:rsidRDefault="00F52167" w:rsidP="006D2F7D">
      <w:pPr>
        <w:keepLines/>
        <w:ind w:left="1440"/>
        <w:rPr>
          <w:b/>
          <w:lang w:val="pl-PL"/>
        </w:rPr>
      </w:pPr>
      <w:r w:rsidRPr="00F844B3">
        <w:rPr>
          <w:b/>
          <w:lang w:val="pl-PL"/>
        </w:rPr>
        <w:t>Ref.: Dzięki Ci, Boże mój, za ten krzyż,</w:t>
      </w:r>
      <w:r w:rsidRPr="00F844B3">
        <w:rPr>
          <w:b/>
          <w:lang w:val="pl-PL"/>
        </w:rPr>
        <w:br/>
        <w:t>który Jezus cierpiał za mnie,</w:t>
      </w:r>
      <w:r w:rsidRPr="00F844B3">
        <w:rPr>
          <w:b/>
          <w:lang w:val="pl-PL"/>
        </w:rPr>
        <w:br/>
        <w:t>Jezus cierpiał za mnie.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Uwierz w Jezusa, przecież On za ciebie umarł</w:t>
      </w:r>
      <w:r w:rsidRPr="00C85DBF">
        <w:rPr>
          <w:lang w:val="pl-PL"/>
        </w:rPr>
        <w:br/>
        <w:t>i z miłości do nas przyszedł z nieba na ten świat.</w:t>
      </w:r>
      <w:r w:rsidRPr="00C85DBF">
        <w:rPr>
          <w:lang w:val="pl-PL"/>
        </w:rPr>
        <w:br/>
        <w:t>Błogosławiony ten, kto wierzy, choć nie widział.</w:t>
      </w:r>
      <w:r w:rsidRPr="00C85DBF">
        <w:rPr>
          <w:lang w:val="pl-PL"/>
        </w:rPr>
        <w:br/>
        <w:t>Zaufaj dziś Bogu, a na wieki będziesz żył.</w:t>
      </w:r>
    </w:p>
    <w:p w:rsidR="00AD3A3E" w:rsidRPr="00F844B3" w:rsidRDefault="00F52167" w:rsidP="00F844B3">
      <w:pPr>
        <w:pStyle w:val="Heading2"/>
        <w:spacing w:before="0" w:after="0"/>
        <w:ind w:left="1440"/>
        <w:rPr>
          <w:sz w:val="28"/>
          <w:szCs w:val="28"/>
          <w:u w:val="single"/>
          <w:lang w:val="pl-PL"/>
        </w:rPr>
      </w:pPr>
      <w:r w:rsidRPr="00F844B3">
        <w:rPr>
          <w:sz w:val="28"/>
          <w:szCs w:val="28"/>
          <w:u w:val="single"/>
          <w:lang w:val="pl-PL"/>
        </w:rPr>
        <w:lastRenderedPageBreak/>
        <w:t>Dotknij, Panie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Dotknij, Panie, moich oczu, abym przejrzał.</w:t>
      </w:r>
      <w:r w:rsidRPr="00C85DBF">
        <w:rPr>
          <w:lang w:val="pl-PL"/>
        </w:rPr>
        <w:br/>
        <w:t>Dotknij, Panie, moich warg, abym przemówił uwielbieniem.</w:t>
      </w:r>
      <w:r w:rsidRPr="00C85DBF">
        <w:rPr>
          <w:lang w:val="pl-PL"/>
        </w:rPr>
        <w:br/>
        <w:t>Dotknij, Panie, mego serca i oczyść je.</w:t>
      </w:r>
      <w:r w:rsidRPr="00C85DBF">
        <w:rPr>
          <w:lang w:val="pl-PL"/>
        </w:rPr>
        <w:br/>
        <w:t>Niech Twój Świ</w:t>
      </w:r>
      <w:r w:rsidR="009165A5">
        <w:rPr>
          <w:lang w:val="pl-PL"/>
        </w:rPr>
        <w:t>ęty Duch dziś ogarnia mnie. /2x</w:t>
      </w:r>
    </w:p>
    <w:p w:rsidR="00AD3A3E" w:rsidRPr="00F844B3" w:rsidRDefault="00F52167" w:rsidP="00F844B3">
      <w:pPr>
        <w:pStyle w:val="Heading2"/>
        <w:spacing w:before="0" w:after="0"/>
        <w:ind w:left="1440"/>
        <w:rPr>
          <w:sz w:val="28"/>
          <w:szCs w:val="28"/>
          <w:u w:val="single"/>
          <w:lang w:val="pl-PL"/>
        </w:rPr>
      </w:pPr>
      <w:r w:rsidRPr="00F844B3">
        <w:rPr>
          <w:sz w:val="28"/>
          <w:szCs w:val="28"/>
          <w:u w:val="single"/>
          <w:lang w:val="pl-PL"/>
        </w:rPr>
        <w:t>Pomódl się, Miriam</w:t>
      </w:r>
    </w:p>
    <w:p w:rsidR="00AD3A3E" w:rsidRPr="00F844B3" w:rsidRDefault="00F844B3" w:rsidP="009165A5">
      <w:pPr>
        <w:keepLines/>
        <w:ind w:left="1440"/>
        <w:rPr>
          <w:b/>
          <w:lang w:val="pl-PL"/>
        </w:rPr>
      </w:pPr>
      <w:r>
        <w:rPr>
          <w:b/>
          <w:lang w:val="pl-PL"/>
        </w:rPr>
        <w:t xml:space="preserve">Ref. </w:t>
      </w:r>
      <w:r w:rsidR="00F52167" w:rsidRPr="00F844B3">
        <w:rPr>
          <w:b/>
          <w:lang w:val="pl-PL"/>
        </w:rPr>
        <w:t>Pomódl się, Miriam,</w:t>
      </w:r>
      <w:r w:rsidR="00F52167" w:rsidRPr="00F844B3">
        <w:rPr>
          <w:b/>
          <w:lang w:val="pl-PL"/>
        </w:rPr>
        <w:br/>
        <w:t>aby Twój Syn żył we mnie.</w:t>
      </w:r>
      <w:r w:rsidR="00F52167" w:rsidRPr="00F844B3">
        <w:rPr>
          <w:b/>
          <w:lang w:val="pl-PL"/>
        </w:rPr>
        <w:br/>
        <w:t>Pomódl się, by Jezus we mnie żył.</w:t>
      </w:r>
      <w:r w:rsidR="00F52167" w:rsidRPr="00F844B3">
        <w:rPr>
          <w:b/>
          <w:lang w:val="pl-PL"/>
        </w:rPr>
        <w:br/>
        <w:t>Gdzie Ty jesteś, zstępuje Duch Święty.</w:t>
      </w:r>
      <w:r w:rsidR="00F52167" w:rsidRPr="00F844B3">
        <w:rPr>
          <w:b/>
          <w:lang w:val="pl-PL"/>
        </w:rPr>
        <w:br/>
        <w:t>Gdzie Ty jesteś, niebo staje się.</w:t>
      </w:r>
    </w:p>
    <w:p w:rsidR="00AD3A3E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Miriam, Tyś jest Bramą do Nieba.</w:t>
      </w:r>
      <w:r w:rsidRPr="00C85DBF">
        <w:rPr>
          <w:lang w:val="pl-PL"/>
        </w:rPr>
        <w:br/>
        <w:t>Moim niebem jest Twój Syn.</w:t>
      </w:r>
      <w:r w:rsidRPr="00C85DBF">
        <w:rPr>
          <w:lang w:val="pl-PL"/>
        </w:rPr>
        <w:br/>
        <w:t>Weź mnie, weź mnie do swego łona,</w:t>
      </w:r>
      <w:r w:rsidRPr="00C85DBF">
        <w:rPr>
          <w:lang w:val="pl-PL"/>
        </w:rPr>
        <w:br/>
        <w:t>bym bóstwem Jezusa zajaśniał jak Ty.</w:t>
      </w:r>
    </w:p>
    <w:p w:rsidR="00F844B3" w:rsidRPr="00C85DBF" w:rsidRDefault="00F844B3" w:rsidP="006D2F7D">
      <w:pPr>
        <w:keepLines/>
        <w:ind w:left="1440"/>
        <w:rPr>
          <w:lang w:val="pl-PL"/>
        </w:rPr>
      </w:pPr>
      <w:r>
        <w:rPr>
          <w:b/>
          <w:lang w:val="pl-PL"/>
        </w:rPr>
        <w:t>Ref. Pomódl się, Miriam...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Gdybym umarł, Jezus żyłby we mnie.</w:t>
      </w:r>
      <w:r w:rsidRPr="00C85DBF">
        <w:rPr>
          <w:lang w:val="pl-PL"/>
        </w:rPr>
        <w:br/>
        <w:t>Gdybym umarł, odpocząłbym.</w:t>
      </w:r>
      <w:r w:rsidRPr="00C85DBF">
        <w:rPr>
          <w:lang w:val="pl-PL"/>
        </w:rPr>
        <w:br/>
        <w:t>Przyspiesz, przyspiesz moją śmierć.</w:t>
      </w:r>
      <w:r w:rsidRPr="00C85DBF">
        <w:rPr>
          <w:lang w:val="pl-PL"/>
        </w:rPr>
        <w:br/>
        <w:t>Pragnę umrzeć, aby żyć.</w:t>
      </w:r>
    </w:p>
    <w:p w:rsidR="00AD3A3E" w:rsidRPr="00F844B3" w:rsidRDefault="00F52167" w:rsidP="00F844B3">
      <w:pPr>
        <w:pStyle w:val="Heading2"/>
        <w:spacing w:before="0" w:after="0"/>
        <w:ind w:left="1440"/>
        <w:rPr>
          <w:sz w:val="28"/>
          <w:szCs w:val="28"/>
          <w:u w:val="single"/>
          <w:lang w:val="pl-PL"/>
        </w:rPr>
      </w:pPr>
      <w:r w:rsidRPr="00F844B3">
        <w:rPr>
          <w:sz w:val="28"/>
          <w:szCs w:val="28"/>
          <w:u w:val="single"/>
          <w:lang w:val="pl-PL"/>
        </w:rPr>
        <w:t>Matko, która nas znasz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Matko, która nas znasz, z dziećmi Twymi bądź,</w:t>
      </w:r>
      <w:r w:rsidRPr="00C85DBF">
        <w:rPr>
          <w:lang w:val="pl-PL"/>
        </w:rPr>
        <w:br/>
        <w:t>na drogach nam nadzieją świeć, z Synem Twym, z nami idź.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Matko Osądzon</w:t>
      </w:r>
      <w:r w:rsidR="00F844B3">
        <w:rPr>
          <w:lang w:val="pl-PL"/>
        </w:rPr>
        <w:t>ego – przyjdź i drogę wskaż,</w:t>
      </w:r>
      <w:r w:rsidR="00F844B3">
        <w:rPr>
          <w:lang w:val="pl-PL"/>
        </w:rPr>
        <w:br/>
      </w:r>
      <w:r w:rsidRPr="00C85DBF">
        <w:rPr>
          <w:lang w:val="pl-PL"/>
        </w:rPr>
        <w:t xml:space="preserve">Matko Biczowanego </w:t>
      </w:r>
      <w:r w:rsidR="00F844B3">
        <w:rPr>
          <w:lang w:val="pl-PL"/>
        </w:rPr>
        <w:t>– do Syna Swego nas prowadź,</w:t>
      </w:r>
      <w:r w:rsidR="00F844B3">
        <w:rPr>
          <w:lang w:val="pl-PL"/>
        </w:rPr>
        <w:br/>
      </w:r>
      <w:r w:rsidRPr="00C85DBF">
        <w:rPr>
          <w:lang w:val="pl-PL"/>
        </w:rPr>
        <w:t>Bogu towarzysząca – pokój światu daj.</w:t>
      </w:r>
    </w:p>
    <w:p w:rsidR="00AD3A3E" w:rsidRPr="00C85DBF" w:rsidRDefault="00F844B3" w:rsidP="006D2F7D">
      <w:pPr>
        <w:keepLines/>
        <w:ind w:left="1440"/>
        <w:rPr>
          <w:lang w:val="pl-PL"/>
        </w:rPr>
      </w:pPr>
      <w:r>
        <w:rPr>
          <w:lang w:val="pl-PL"/>
        </w:rPr>
        <w:t>Matko krzyż podnosząca…</w:t>
      </w:r>
      <w:r>
        <w:rPr>
          <w:lang w:val="pl-PL"/>
        </w:rPr>
        <w:br/>
        <w:t>Dla zbawienia naszego…</w:t>
      </w:r>
      <w:r>
        <w:rPr>
          <w:lang w:val="pl-PL"/>
        </w:rPr>
        <w:br/>
      </w:r>
      <w:r w:rsidR="00F52167" w:rsidRPr="00C85DBF">
        <w:rPr>
          <w:lang w:val="pl-PL"/>
        </w:rPr>
        <w:t>Pośredniczko najlepsza…</w:t>
      </w:r>
    </w:p>
    <w:p w:rsidR="00AD3A3E" w:rsidRPr="00C85DBF" w:rsidRDefault="00F844B3" w:rsidP="006D2F7D">
      <w:pPr>
        <w:keepLines/>
        <w:ind w:left="1440"/>
        <w:rPr>
          <w:lang w:val="pl-PL"/>
        </w:rPr>
      </w:pPr>
      <w:r>
        <w:rPr>
          <w:lang w:val="pl-PL"/>
        </w:rPr>
        <w:t>Matko upadających…</w:t>
      </w:r>
      <w:r>
        <w:rPr>
          <w:lang w:val="pl-PL"/>
        </w:rPr>
        <w:br/>
      </w:r>
      <w:r w:rsidR="00F52167" w:rsidRPr="00C85DBF">
        <w:rPr>
          <w:lang w:val="pl-PL"/>
        </w:rPr>
        <w:t>Matko prześladowanych…</w:t>
      </w:r>
      <w:r w:rsidR="00F52167" w:rsidRPr="00C85DBF">
        <w:rPr>
          <w:lang w:val="pl-PL"/>
        </w:rPr>
        <w:br/>
        <w:t>Wszystkich grzesznych ucieczko…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M</w:t>
      </w:r>
      <w:r w:rsidR="00F844B3">
        <w:rPr>
          <w:lang w:val="pl-PL"/>
        </w:rPr>
        <w:t>atko wszystkich cierpiących…</w:t>
      </w:r>
      <w:r w:rsidR="00F844B3">
        <w:rPr>
          <w:lang w:val="pl-PL"/>
        </w:rPr>
        <w:br/>
        <w:t>Która nas zawsze pocieszasz…</w:t>
      </w:r>
      <w:r w:rsidR="00F844B3">
        <w:rPr>
          <w:lang w:val="pl-PL"/>
        </w:rPr>
        <w:br/>
      </w:r>
      <w:r w:rsidRPr="00C85DBF">
        <w:rPr>
          <w:lang w:val="pl-PL"/>
        </w:rPr>
        <w:t>Nadziejo nasza w Panu…</w:t>
      </w:r>
    </w:p>
    <w:p w:rsidR="00AD3A3E" w:rsidRPr="00C85DBF" w:rsidRDefault="00F52167" w:rsidP="00F844B3">
      <w:pPr>
        <w:keepLines/>
        <w:ind w:left="720" w:firstLine="720"/>
        <w:rPr>
          <w:lang w:val="pl-PL"/>
        </w:rPr>
      </w:pPr>
      <w:r w:rsidRPr="00C85DBF">
        <w:rPr>
          <w:lang w:val="pl-PL"/>
        </w:rPr>
        <w:t>Matko krzyż nam dająca…</w:t>
      </w:r>
      <w:r w:rsidRPr="00C85DBF">
        <w:rPr>
          <w:lang w:val="pl-PL"/>
        </w:rPr>
        <w:br/>
        <w:t xml:space="preserve">   </w:t>
      </w:r>
      <w:r w:rsidR="00F844B3">
        <w:rPr>
          <w:lang w:val="pl-PL"/>
        </w:rPr>
        <w:tab/>
      </w:r>
      <w:r w:rsidRPr="00C85DBF">
        <w:rPr>
          <w:lang w:val="pl-PL"/>
        </w:rPr>
        <w:t>Która słabym pomagasz…</w:t>
      </w:r>
      <w:r w:rsidRPr="00C85DBF">
        <w:rPr>
          <w:lang w:val="pl-PL"/>
        </w:rPr>
        <w:br/>
        <w:t xml:space="preserve">   </w:t>
      </w:r>
      <w:r w:rsidR="00F844B3">
        <w:rPr>
          <w:lang w:val="pl-PL"/>
        </w:rPr>
        <w:tab/>
      </w:r>
      <w:r w:rsidRPr="00C85DBF">
        <w:rPr>
          <w:lang w:val="pl-PL"/>
        </w:rPr>
        <w:t>Ty nas zawsze zrozumiesz…</w:t>
      </w:r>
    </w:p>
    <w:p w:rsidR="00AD3A3E" w:rsidRPr="00C85DBF" w:rsidRDefault="00F844B3" w:rsidP="006D2F7D">
      <w:pPr>
        <w:keepLines/>
        <w:ind w:left="1440"/>
        <w:rPr>
          <w:lang w:val="pl-PL"/>
        </w:rPr>
      </w:pPr>
      <w:r>
        <w:rPr>
          <w:lang w:val="pl-PL"/>
        </w:rPr>
        <w:t>Matko ludzi upadłych…</w:t>
      </w:r>
      <w:r>
        <w:rPr>
          <w:lang w:val="pl-PL"/>
        </w:rPr>
        <w:br/>
      </w:r>
      <w:r w:rsidR="00F52167" w:rsidRPr="00C85DBF">
        <w:rPr>
          <w:lang w:val="pl-PL"/>
        </w:rPr>
        <w:t>Ucz nas zawsze powst</w:t>
      </w:r>
      <w:r>
        <w:rPr>
          <w:lang w:val="pl-PL"/>
        </w:rPr>
        <w:t>awać…</w:t>
      </w:r>
      <w:r>
        <w:rPr>
          <w:lang w:val="pl-PL"/>
        </w:rPr>
        <w:br/>
      </w:r>
      <w:r w:rsidR="00F52167" w:rsidRPr="00C85DBF">
        <w:rPr>
          <w:lang w:val="pl-PL"/>
        </w:rPr>
        <w:t>Drogo nasza do Pana…</w:t>
      </w:r>
    </w:p>
    <w:p w:rsidR="00AD3A3E" w:rsidRPr="00C85DBF" w:rsidRDefault="00F844B3" w:rsidP="006D2F7D">
      <w:pPr>
        <w:keepLines/>
        <w:ind w:left="1440"/>
        <w:rPr>
          <w:lang w:val="pl-PL"/>
        </w:rPr>
      </w:pPr>
      <w:r>
        <w:rPr>
          <w:lang w:val="pl-PL"/>
        </w:rPr>
        <w:t>Matko wszystkich płaczących…</w:t>
      </w:r>
      <w:r>
        <w:rPr>
          <w:lang w:val="pl-PL"/>
        </w:rPr>
        <w:br/>
        <w:t>Drogowskazie najlepszy…</w:t>
      </w:r>
      <w:r>
        <w:rPr>
          <w:lang w:val="pl-PL"/>
        </w:rPr>
        <w:br/>
      </w:r>
      <w:r w:rsidR="00F52167" w:rsidRPr="00C85DBF">
        <w:rPr>
          <w:lang w:val="pl-PL"/>
        </w:rPr>
        <w:t>Ratuj naszą Ojczyznę…</w:t>
      </w:r>
    </w:p>
    <w:p w:rsidR="00AD3A3E" w:rsidRPr="00C85DBF" w:rsidRDefault="00F844B3" w:rsidP="006D2F7D">
      <w:pPr>
        <w:keepLines/>
        <w:ind w:left="1440"/>
        <w:rPr>
          <w:lang w:val="pl-PL"/>
        </w:rPr>
      </w:pPr>
      <w:r>
        <w:rPr>
          <w:lang w:val="pl-PL"/>
        </w:rPr>
        <w:t>Matko o sercu zranionym…</w:t>
      </w:r>
      <w:r>
        <w:rPr>
          <w:lang w:val="pl-PL"/>
        </w:rPr>
        <w:br/>
        <w:t>Mieczem boleści przeszyta…</w:t>
      </w:r>
      <w:r>
        <w:rPr>
          <w:lang w:val="pl-PL"/>
        </w:rPr>
        <w:br/>
      </w:r>
      <w:r w:rsidR="00F52167" w:rsidRPr="00C85DBF">
        <w:rPr>
          <w:lang w:val="pl-PL"/>
        </w:rPr>
        <w:t>Odkupicielko nasza…</w:t>
      </w:r>
    </w:p>
    <w:p w:rsidR="00AD3A3E" w:rsidRPr="00F844B3" w:rsidRDefault="00F844B3" w:rsidP="006D2F7D">
      <w:pPr>
        <w:keepLines/>
        <w:ind w:left="1440"/>
        <w:rPr>
          <w:lang w:val="pl-PL"/>
        </w:rPr>
      </w:pPr>
      <w:r>
        <w:rPr>
          <w:lang w:val="pl-PL"/>
        </w:rPr>
        <w:t>Matko pod krzyżem stojąca…</w:t>
      </w:r>
      <w:r>
        <w:rPr>
          <w:lang w:val="pl-PL"/>
        </w:rPr>
        <w:br/>
      </w:r>
      <w:r w:rsidR="00F52167" w:rsidRPr="00C85DBF">
        <w:rPr>
          <w:lang w:val="pl-PL"/>
        </w:rPr>
        <w:t>Matko przez Syna nam dana…</w:t>
      </w:r>
      <w:r>
        <w:rPr>
          <w:lang w:val="pl-PL"/>
        </w:rPr>
        <w:br/>
      </w:r>
      <w:r w:rsidR="00F52167" w:rsidRPr="00F844B3">
        <w:rPr>
          <w:lang w:val="pl-PL"/>
        </w:rPr>
        <w:t>Za dzieci nas przyjmująca…</w:t>
      </w:r>
    </w:p>
    <w:p w:rsidR="00AD3A3E" w:rsidRPr="00C85DBF" w:rsidRDefault="00F844B3" w:rsidP="002F0F18">
      <w:pPr>
        <w:pStyle w:val="Title"/>
        <w:rPr>
          <w:lang w:val="pl-PL"/>
        </w:rPr>
      </w:pPr>
      <w:r>
        <w:rPr>
          <w:lang w:val="pl-PL"/>
        </w:rPr>
        <w:lastRenderedPageBreak/>
        <w:t>C</w:t>
      </w:r>
      <w:bookmarkStart w:id="0" w:name="_GoBack"/>
      <w:bookmarkEnd w:id="0"/>
      <w:r w:rsidR="00F52167" w:rsidRPr="00C85DBF">
        <w:rPr>
          <w:lang w:val="pl-PL"/>
        </w:rPr>
        <w:t>ZĘŚĆ II</w:t>
      </w:r>
    </w:p>
    <w:p w:rsidR="00F373B6" w:rsidRDefault="00F373B6" w:rsidP="00CA74B3">
      <w:pPr>
        <w:pStyle w:val="Heading2"/>
        <w:rPr>
          <w:sz w:val="32"/>
          <w:szCs w:val="32"/>
          <w:lang w:val="pl-PL"/>
        </w:rPr>
      </w:pPr>
      <w:r>
        <w:rPr>
          <w:sz w:val="32"/>
          <w:szCs w:val="32"/>
          <w:lang w:val="pl-PL"/>
        </w:rPr>
        <w:t>Wystawienie Naj</w:t>
      </w:r>
      <w:r>
        <w:rPr>
          <w:rFonts w:cstheme="majorHAnsi"/>
          <w:sz w:val="32"/>
          <w:szCs w:val="32"/>
          <w:lang w:val="pl-PL"/>
        </w:rPr>
        <w:t>ś</w:t>
      </w:r>
      <w:r>
        <w:rPr>
          <w:sz w:val="32"/>
          <w:szCs w:val="32"/>
          <w:lang w:val="pl-PL"/>
        </w:rPr>
        <w:t>wi</w:t>
      </w:r>
      <w:r>
        <w:rPr>
          <w:rFonts w:cstheme="majorHAnsi"/>
          <w:sz w:val="32"/>
          <w:szCs w:val="32"/>
          <w:lang w:val="pl-PL"/>
        </w:rPr>
        <w:t>ę</w:t>
      </w:r>
      <w:r>
        <w:rPr>
          <w:sz w:val="32"/>
          <w:szCs w:val="32"/>
          <w:lang w:val="pl-PL"/>
        </w:rPr>
        <w:t>tszego Sakramentu</w:t>
      </w:r>
    </w:p>
    <w:p w:rsidR="00CA74B3" w:rsidRPr="00C85DBF" w:rsidRDefault="00CA74B3" w:rsidP="00CA74B3">
      <w:pPr>
        <w:pStyle w:val="Heading2"/>
        <w:rPr>
          <w:sz w:val="32"/>
          <w:szCs w:val="32"/>
          <w:lang w:val="pl-PL"/>
        </w:rPr>
      </w:pPr>
      <w:r w:rsidRPr="00C85DBF">
        <w:rPr>
          <w:sz w:val="32"/>
          <w:szCs w:val="32"/>
          <w:lang w:val="pl-PL"/>
        </w:rPr>
        <w:t>Przed Najświętszym Sakramentem</w:t>
      </w:r>
    </w:p>
    <w:p w:rsidR="00AD3A3E" w:rsidRPr="00C85DBF" w:rsidRDefault="00F52167" w:rsidP="00B00468">
      <w:pPr>
        <w:keepLines/>
        <w:rPr>
          <w:lang w:val="pl-PL"/>
        </w:rPr>
      </w:pPr>
      <w:r w:rsidRPr="00C85DBF">
        <w:rPr>
          <w:lang w:val="pl-PL"/>
        </w:rPr>
        <w:t>Modlitwy ekspiacyjne</w:t>
      </w:r>
    </w:p>
    <w:p w:rsidR="00B00468" w:rsidRPr="00B00468" w:rsidRDefault="00B00468" w:rsidP="00B00468">
      <w:pPr>
        <w:pStyle w:val="Heading1"/>
        <w:rPr>
          <w:rFonts w:ascii="Arial" w:eastAsia="Times New Roman" w:hAnsi="Arial" w:cs="Arial"/>
          <w:color w:val="auto"/>
          <w:kern w:val="36"/>
          <w:sz w:val="48"/>
          <w:szCs w:val="48"/>
          <w:lang w:val="pl-PL"/>
        </w:rPr>
      </w:pPr>
      <w:r w:rsidRPr="00B00468">
        <w:rPr>
          <w:rFonts w:ascii="Arial" w:eastAsia="Times New Roman" w:hAnsi="Arial" w:cs="Arial"/>
          <w:color w:val="0070C0"/>
          <w:kern w:val="36"/>
          <w:sz w:val="28"/>
          <w:lang w:val="pl-PL"/>
        </w:rPr>
        <w:t>Litania do Krwi i Wody jako dary Serca Pana Jezusa</w:t>
      </w:r>
    </w:p>
    <w:p w:rsidR="00B00468" w:rsidRPr="00B00468" w:rsidRDefault="00B00468" w:rsidP="00B00468">
      <w:pPr>
        <w:spacing w:after="0" w:line="240" w:lineRule="auto"/>
        <w:rPr>
          <w:rFonts w:eastAsia="Times New Roman" w:cs="Arial"/>
          <w:sz w:val="24"/>
          <w:szCs w:val="24"/>
          <w:lang w:val="pl-PL"/>
        </w:rPr>
      </w:pPr>
      <w:r w:rsidRPr="00B00468">
        <w:rPr>
          <w:rFonts w:eastAsia="Times New Roman" w:cs="Arial"/>
          <w:b/>
          <w:bCs/>
          <w:sz w:val="24"/>
          <w:szCs w:val="24"/>
          <w:lang w:val="pl-PL"/>
        </w:rPr>
        <w:t>Kyrie elejson, Chryste elejson, Kyrie elejson.</w:t>
      </w:r>
      <w:r w:rsidRPr="00B00468">
        <w:rPr>
          <w:rFonts w:eastAsia="Times New Roman" w:cs="Arial"/>
          <w:b/>
          <w:bCs/>
          <w:sz w:val="24"/>
          <w:szCs w:val="24"/>
          <w:lang w:val="pl-PL"/>
        </w:rPr>
        <w:br/>
        <w:t>Chryste usłysz nas, Chryste wysłuchaj nas.</w:t>
      </w:r>
      <w:r w:rsidRPr="00B00468">
        <w:rPr>
          <w:rFonts w:eastAsia="Times New Roman" w:cs="Arial"/>
          <w:b/>
          <w:bCs/>
          <w:sz w:val="24"/>
          <w:szCs w:val="24"/>
          <w:lang w:val="pl-PL"/>
        </w:rPr>
        <w:br/>
        <w:t>Ojcze z nieba Boże - zmiłuj się nad nami.</w:t>
      </w:r>
      <w:r w:rsidRPr="00B00468">
        <w:rPr>
          <w:rFonts w:eastAsia="Times New Roman" w:cs="Arial"/>
          <w:b/>
          <w:bCs/>
          <w:sz w:val="24"/>
          <w:szCs w:val="24"/>
          <w:lang w:val="pl-PL"/>
        </w:rPr>
        <w:br/>
        <w:t>Synu Odkupicielu świata Boże - zmiłuj się nad nami.</w:t>
      </w:r>
      <w:r w:rsidRPr="00B00468">
        <w:rPr>
          <w:rFonts w:eastAsia="Times New Roman" w:cs="Arial"/>
          <w:b/>
          <w:bCs/>
          <w:sz w:val="24"/>
          <w:szCs w:val="24"/>
          <w:lang w:val="pl-PL"/>
        </w:rPr>
        <w:br/>
        <w:t>Duchu Święty Boże - zmiłuj się nad nami.</w:t>
      </w:r>
      <w:r w:rsidRPr="00B00468">
        <w:rPr>
          <w:rFonts w:eastAsia="Times New Roman" w:cs="Arial"/>
          <w:b/>
          <w:bCs/>
          <w:sz w:val="24"/>
          <w:szCs w:val="24"/>
          <w:lang w:val="pl-PL"/>
        </w:rPr>
        <w:br/>
        <w:t>Święta Trójco, Jedyny Boże - zmiłuj się nad nami.</w:t>
      </w:r>
      <w:r w:rsidRPr="00B00468">
        <w:rPr>
          <w:rFonts w:eastAsia="Times New Roman" w:cs="Arial"/>
          <w:b/>
          <w:bCs/>
          <w:sz w:val="24"/>
          <w:szCs w:val="24"/>
          <w:lang w:val="pl-PL"/>
        </w:rPr>
        <w:br/>
        <w:t>Święta Maryjo, Matko Miłosierdzia - módl się za nami.</w:t>
      </w:r>
      <w:r w:rsidRPr="00B00468">
        <w:rPr>
          <w:rFonts w:eastAsia="Times New Roman" w:cs="Arial"/>
          <w:b/>
          <w:bCs/>
          <w:sz w:val="24"/>
          <w:szCs w:val="24"/>
          <w:lang w:val="pl-PL"/>
        </w:rPr>
        <w:br/>
        <w:t>Święci Archaniołowie i Aniołowie - módlcie się za nami.</w:t>
      </w:r>
      <w:r w:rsidRPr="00B00468">
        <w:rPr>
          <w:rFonts w:eastAsia="Times New Roman" w:cs="Arial"/>
          <w:b/>
          <w:bCs/>
          <w:sz w:val="24"/>
          <w:szCs w:val="24"/>
          <w:lang w:val="pl-PL"/>
        </w:rPr>
        <w:br/>
        <w:t>Wszyscy Święci Boży - módlcie się za nami.</w:t>
      </w:r>
      <w:r w:rsidRPr="00B00468">
        <w:rPr>
          <w:rFonts w:eastAsia="Times New Roman" w:cs="Arial"/>
          <w:b/>
          <w:bCs/>
          <w:sz w:val="24"/>
          <w:szCs w:val="24"/>
          <w:lang w:val="pl-PL"/>
        </w:rPr>
        <w:br/>
        <w:t>Święta Faustyno, Apostołko Bożego Miłosierdzia - módl się za nami.</w:t>
      </w:r>
    </w:p>
    <w:p w:rsidR="00B00468" w:rsidRPr="00B00468" w:rsidRDefault="00B00468" w:rsidP="00B00468">
      <w:pPr>
        <w:spacing w:before="100" w:beforeAutospacing="1" w:afterAutospacing="1" w:line="240" w:lineRule="auto"/>
        <w:rPr>
          <w:rFonts w:eastAsia="Times New Roman" w:cs="Arial"/>
          <w:sz w:val="24"/>
          <w:szCs w:val="24"/>
          <w:lang w:val="pl-PL"/>
        </w:rPr>
      </w:pPr>
      <w:r w:rsidRPr="00B00468">
        <w:rPr>
          <w:rFonts w:eastAsia="Times New Roman" w:cs="Arial"/>
          <w:sz w:val="24"/>
          <w:szCs w:val="24"/>
          <w:lang w:val="pl-PL"/>
        </w:rPr>
        <w:t>Krwi i Wodo z boku Chrystusowego, strumieniu Miłosierdzia Bożego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wypływająca z Serca Zbawiciela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niewysłowiony zdroju Miłości miłosiernej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niewyczerpany darze wielkoduszności Boga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dająca Ducha Świętego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uczczona przez Matkę Odkupiciela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rodząca Kościół Święty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dająca Sakramenty Święte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sprowadzająca ducha żalu i pokuty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miłości niosąca pomoc uciśnionym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źródło życia i świętości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zdroju łaski i pokoju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dająca sens życiu człowieka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jedyna drogo do nieba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niosąca nadzieję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przywracająca utraconą godność dziecka Bożego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ubierająca w pokorę i czystość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uzdrawiająca rany ludzkich serc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oczyszczająca i ratująca dusze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światło dla żyjących w mroku niewiary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wyprowadzająca dusze z rozpaczy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wyrywająca z niewoli grzechów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zwyciężająca demony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ratująca dusze od śmierci wiecznej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rozwiązująca wszelkie problemy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ostatni ratunku dla grzeszników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nadziejo ufających Tobie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jednocząca nasze dusze z Bogiem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wprowadzająca dusze do Serca Zbawiciela - wybaw nas.</w:t>
      </w:r>
      <w:r w:rsidRPr="00B00468">
        <w:rPr>
          <w:rFonts w:eastAsia="Times New Roman" w:cs="Arial"/>
          <w:sz w:val="24"/>
          <w:szCs w:val="24"/>
          <w:lang w:val="pl-PL"/>
        </w:rPr>
        <w:br/>
      </w:r>
      <w:r w:rsidRPr="00B00468">
        <w:rPr>
          <w:rFonts w:eastAsia="Times New Roman" w:cs="Arial"/>
          <w:sz w:val="24"/>
          <w:szCs w:val="24"/>
          <w:lang w:val="pl-PL"/>
        </w:rPr>
        <w:lastRenderedPageBreak/>
        <w:t>Krwi i Wodo z boku Chrystusowego, światło dla umierających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hojna dla dusz czyśćcowych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otwierająca nam niebo - wybaw nas.</w:t>
      </w:r>
      <w:r w:rsidRPr="00B00468">
        <w:rPr>
          <w:rFonts w:eastAsia="Times New Roman" w:cs="Arial"/>
          <w:sz w:val="24"/>
          <w:szCs w:val="24"/>
          <w:lang w:val="pl-PL"/>
        </w:rPr>
        <w:br/>
        <w:t>Krwi i Wodo z boku Chrystusowego, pociecho wszystkich Świętych - wybaw nas.</w:t>
      </w:r>
    </w:p>
    <w:p w:rsidR="00B00468" w:rsidRPr="00B00468" w:rsidRDefault="00B00468" w:rsidP="00B00468">
      <w:pPr>
        <w:spacing w:before="100" w:beforeAutospacing="1" w:afterAutospacing="1" w:line="240" w:lineRule="auto"/>
        <w:rPr>
          <w:rFonts w:eastAsia="Times New Roman" w:cs="Arial"/>
          <w:sz w:val="24"/>
          <w:szCs w:val="24"/>
          <w:lang w:val="pl-PL"/>
        </w:rPr>
      </w:pPr>
      <w:r w:rsidRPr="00B00468">
        <w:rPr>
          <w:rFonts w:eastAsia="Times New Roman" w:cs="Arial"/>
          <w:b/>
          <w:bCs/>
          <w:sz w:val="24"/>
          <w:szCs w:val="24"/>
          <w:lang w:val="pl-PL"/>
        </w:rPr>
        <w:t xml:space="preserve">Baranku Boży, który gładzisz grzechy świata, </w:t>
      </w:r>
      <w:r w:rsidRPr="00B00468">
        <w:rPr>
          <w:rFonts w:eastAsia="Times New Roman" w:cs="Arial"/>
          <w:b/>
          <w:bCs/>
          <w:i/>
          <w:iCs/>
          <w:sz w:val="24"/>
          <w:szCs w:val="24"/>
          <w:lang w:val="pl-PL"/>
        </w:rPr>
        <w:t>przepuść nam, Panie.</w:t>
      </w:r>
      <w:r w:rsidRPr="00B00468">
        <w:rPr>
          <w:rFonts w:eastAsia="Times New Roman" w:cs="Arial"/>
          <w:b/>
          <w:bCs/>
          <w:sz w:val="24"/>
          <w:szCs w:val="24"/>
          <w:lang w:val="pl-PL"/>
        </w:rPr>
        <w:br/>
        <w:t xml:space="preserve">Baranku Boży, który gładzisz grzechy świata, </w:t>
      </w:r>
      <w:r w:rsidRPr="00B00468">
        <w:rPr>
          <w:rFonts w:eastAsia="Times New Roman" w:cs="Arial"/>
          <w:b/>
          <w:bCs/>
          <w:i/>
          <w:iCs/>
          <w:sz w:val="24"/>
          <w:szCs w:val="24"/>
          <w:lang w:val="pl-PL"/>
        </w:rPr>
        <w:t>wysłuchaj nas, Panie.</w:t>
      </w:r>
      <w:r w:rsidRPr="00B00468">
        <w:rPr>
          <w:rFonts w:eastAsia="Times New Roman" w:cs="Arial"/>
          <w:b/>
          <w:bCs/>
          <w:sz w:val="24"/>
          <w:szCs w:val="24"/>
          <w:lang w:val="pl-PL"/>
        </w:rPr>
        <w:br/>
        <w:t xml:space="preserve">Baranku Boży, który gładzisz grzechy świata, </w:t>
      </w:r>
      <w:r w:rsidRPr="00B00468">
        <w:rPr>
          <w:rFonts w:eastAsia="Times New Roman" w:cs="Arial"/>
          <w:b/>
          <w:bCs/>
          <w:i/>
          <w:iCs/>
          <w:sz w:val="24"/>
          <w:szCs w:val="24"/>
          <w:lang w:val="pl-PL"/>
        </w:rPr>
        <w:t>zmiłuj się nad nami.</w:t>
      </w:r>
    </w:p>
    <w:p w:rsidR="00B00468" w:rsidRPr="00B00468" w:rsidRDefault="00B00468" w:rsidP="00B00468">
      <w:pPr>
        <w:spacing w:before="100" w:beforeAutospacing="1" w:afterAutospacing="1" w:line="240" w:lineRule="auto"/>
        <w:rPr>
          <w:rFonts w:eastAsia="Times New Roman" w:cs="Arial"/>
          <w:sz w:val="24"/>
          <w:szCs w:val="24"/>
          <w:lang w:val="pl-PL"/>
        </w:rPr>
      </w:pPr>
      <w:r w:rsidRPr="00B00468">
        <w:rPr>
          <w:rFonts w:eastAsia="Times New Roman" w:cs="Arial"/>
          <w:sz w:val="24"/>
          <w:szCs w:val="24"/>
          <w:lang w:val="pl-PL"/>
        </w:rPr>
        <w:t xml:space="preserve">K. O Jezu Łaskawy i Miłosierny. </w:t>
      </w:r>
      <w:r w:rsidRPr="00B00468">
        <w:rPr>
          <w:rFonts w:eastAsia="Times New Roman" w:cs="Arial"/>
          <w:sz w:val="24"/>
          <w:szCs w:val="24"/>
          <w:lang w:val="pl-PL"/>
        </w:rPr>
        <w:br/>
        <w:t>W. Uczyń serca nasze według Serca Twego.</w:t>
      </w:r>
    </w:p>
    <w:p w:rsidR="00B00468" w:rsidRPr="00B00468" w:rsidRDefault="00B00468" w:rsidP="00B00468">
      <w:pPr>
        <w:spacing w:before="100" w:beforeAutospacing="1" w:afterAutospacing="1" w:line="240" w:lineRule="auto"/>
        <w:rPr>
          <w:rFonts w:eastAsia="Times New Roman" w:cs="Arial"/>
          <w:sz w:val="24"/>
          <w:szCs w:val="24"/>
          <w:lang w:val="pl-PL"/>
        </w:rPr>
      </w:pPr>
      <w:r w:rsidRPr="00B00468">
        <w:rPr>
          <w:rFonts w:eastAsia="Times New Roman" w:cs="Arial"/>
          <w:sz w:val="24"/>
          <w:szCs w:val="24"/>
          <w:lang w:val="pl-PL"/>
        </w:rPr>
        <w:t xml:space="preserve">Módlmy się: </w:t>
      </w:r>
      <w:r w:rsidRPr="00B00468">
        <w:rPr>
          <w:rFonts w:eastAsia="Times New Roman" w:cs="Arial"/>
          <w:b/>
          <w:bCs/>
          <w:sz w:val="24"/>
          <w:szCs w:val="24"/>
          <w:lang w:val="pl-PL"/>
        </w:rPr>
        <w:t>Wszechmogący, miłosierny Boże, wejrzyj na Krew i Wodę wypływające z Serca najmilszego Syna Twego Jezusa Chrystusa, którego ustanowiłeś Odkupicielem świata daj nam prosimy, godnie czcić zapłatę naszego zbawienia i dzięki niej doznać obrony od zła doczesnego na ziemi, abyśmy wiekuistym szczęściem radowali się w niebie. Przez Chrystusa, Pana naszego. Amen.</w:t>
      </w:r>
    </w:p>
    <w:p w:rsidR="00B00468" w:rsidRPr="00B00468" w:rsidRDefault="00B00468" w:rsidP="00B00468">
      <w:pPr>
        <w:spacing w:before="100" w:beforeAutospacing="1" w:afterAutospacing="1" w:line="240" w:lineRule="auto"/>
        <w:rPr>
          <w:rFonts w:eastAsia="Times New Roman" w:cs="Arial"/>
          <w:sz w:val="24"/>
          <w:szCs w:val="24"/>
          <w:lang w:val="pl-PL"/>
        </w:rPr>
      </w:pPr>
      <w:r w:rsidRPr="00B00468">
        <w:rPr>
          <w:rFonts w:eastAsia="Times New Roman" w:cs="Arial"/>
          <w:sz w:val="24"/>
          <w:szCs w:val="24"/>
          <w:lang w:val="pl-PL"/>
        </w:rPr>
        <w:t xml:space="preserve">Litania powstała w Niepokalanowie, w październiku 2015 r. Można publikować i rozpowszechniać za zgodą o. Wiesława Pyzio, prowincjała Ojców Franciszkanów Konwentualnych, Warszawa, dn. 27 listopada 2015 r. L. dz. 406/15. </w:t>
      </w:r>
    </w:p>
    <w:p w:rsidR="00D61736" w:rsidRPr="00C85DBF" w:rsidRDefault="00D61736" w:rsidP="00D61736">
      <w:pPr>
        <w:keepLines/>
        <w:rPr>
          <w:lang w:val="pl-PL"/>
        </w:rPr>
      </w:pPr>
      <w:r w:rsidRPr="00C85DBF">
        <w:rPr>
          <w:lang w:val="pl-PL"/>
        </w:rPr>
        <w:t>Ks. – parę słów</w:t>
      </w:r>
    </w:p>
    <w:p w:rsidR="00D61736" w:rsidRPr="002F0F18" w:rsidRDefault="00D61736" w:rsidP="00D61736">
      <w:pPr>
        <w:keepLines/>
        <w:rPr>
          <w:b/>
          <w:lang w:val="pl-PL"/>
        </w:rPr>
      </w:pPr>
      <w:r w:rsidRPr="009A0AEB">
        <w:rPr>
          <w:b/>
          <w:u w:val="single"/>
          <w:lang w:val="pl-PL"/>
        </w:rPr>
        <w:t>Tchnij moc, tchnij miłość</w:t>
      </w:r>
      <w:r w:rsidRPr="009A0AEB">
        <w:rPr>
          <w:b/>
          <w:u w:val="single"/>
          <w:lang w:val="pl-PL"/>
        </w:rPr>
        <w:br/>
      </w:r>
      <w:r w:rsidRPr="002F0F18">
        <w:rPr>
          <w:b/>
          <w:lang w:val="pl-PL"/>
        </w:rPr>
        <w:t>i przenikaj życie me /2x/</w:t>
      </w:r>
    </w:p>
    <w:p w:rsidR="00D61736" w:rsidRPr="00C85DBF" w:rsidRDefault="00D61736" w:rsidP="00D61736">
      <w:pPr>
        <w:keepLines/>
        <w:rPr>
          <w:lang w:val="pl-PL"/>
        </w:rPr>
      </w:pPr>
      <w:r w:rsidRPr="00C85DBF">
        <w:rPr>
          <w:lang w:val="pl-PL"/>
        </w:rPr>
        <w:t>Bo całym sercem swym oddaję Ci cześć,</w:t>
      </w:r>
      <w:r w:rsidRPr="00C85DBF">
        <w:rPr>
          <w:lang w:val="pl-PL"/>
        </w:rPr>
        <w:br/>
        <w:t>bo każdą myślą swą oddaję Ci cześć</w:t>
      </w:r>
      <w:r w:rsidRPr="00C85DBF">
        <w:rPr>
          <w:lang w:val="pl-PL"/>
        </w:rPr>
        <w:br/>
        <w:t>i z całej siły swej oddaję Ci cześć,</w:t>
      </w:r>
      <w:r w:rsidRPr="00C85DBF">
        <w:rPr>
          <w:lang w:val="pl-PL"/>
        </w:rPr>
        <w:br/>
        <w:t>O, Panie mój.</w:t>
      </w:r>
    </w:p>
    <w:p w:rsidR="00D61736" w:rsidRPr="002F0F18" w:rsidRDefault="00D61736" w:rsidP="00D61736">
      <w:pPr>
        <w:keepLines/>
        <w:rPr>
          <w:b/>
          <w:lang w:val="pl-PL"/>
        </w:rPr>
      </w:pPr>
      <w:r w:rsidRPr="002F0F18">
        <w:rPr>
          <w:b/>
          <w:lang w:val="pl-PL"/>
        </w:rPr>
        <w:t>Tchnij moc, tchnij miłość</w:t>
      </w:r>
      <w:r w:rsidRPr="002F0F18">
        <w:rPr>
          <w:b/>
          <w:lang w:val="pl-PL"/>
        </w:rPr>
        <w:br/>
        <w:t>i przenikaj życie me /2x/</w:t>
      </w:r>
    </w:p>
    <w:p w:rsidR="00D61736" w:rsidRPr="00C85DBF" w:rsidRDefault="00D61736" w:rsidP="00D61736">
      <w:pPr>
        <w:keepLines/>
        <w:rPr>
          <w:lang w:val="pl-PL"/>
        </w:rPr>
      </w:pPr>
      <w:r w:rsidRPr="00C85DBF">
        <w:rPr>
          <w:lang w:val="pl-PL"/>
        </w:rPr>
        <w:t>Bo całym sercem swym uwielbić Cię chcę,</w:t>
      </w:r>
      <w:r w:rsidRPr="00C85DBF">
        <w:rPr>
          <w:lang w:val="pl-PL"/>
        </w:rPr>
        <w:br/>
        <w:t>bo każdą myślą swą uwielbić Cię chcę</w:t>
      </w:r>
      <w:r w:rsidRPr="00C85DBF">
        <w:rPr>
          <w:lang w:val="pl-PL"/>
        </w:rPr>
        <w:br/>
        <w:t>i z całej siły swej uwielbić Cię chcę,</w:t>
      </w:r>
      <w:r w:rsidRPr="00C85DBF">
        <w:rPr>
          <w:lang w:val="pl-PL"/>
        </w:rPr>
        <w:br/>
        <w:t>O, Panie mój.</w:t>
      </w:r>
    </w:p>
    <w:p w:rsidR="00D61736" w:rsidRPr="002F0F18" w:rsidRDefault="00D61736" w:rsidP="00D61736">
      <w:pPr>
        <w:keepLines/>
        <w:rPr>
          <w:b/>
          <w:lang w:val="pl-PL"/>
        </w:rPr>
      </w:pPr>
      <w:r w:rsidRPr="002F0F18">
        <w:rPr>
          <w:b/>
          <w:lang w:val="pl-PL"/>
        </w:rPr>
        <w:t>Tchnij moc, tchnij miłość</w:t>
      </w:r>
      <w:r w:rsidRPr="002F0F18">
        <w:rPr>
          <w:b/>
          <w:lang w:val="pl-PL"/>
        </w:rPr>
        <w:br/>
        <w:t>i przenikaj życie me /2x/</w:t>
      </w:r>
    </w:p>
    <w:p w:rsidR="00D61736" w:rsidRPr="00D61736" w:rsidRDefault="00D61736" w:rsidP="00D61736">
      <w:pPr>
        <w:pStyle w:val="Heading2"/>
        <w:rPr>
          <w:sz w:val="40"/>
          <w:szCs w:val="40"/>
          <w:lang w:val="pl-PL"/>
        </w:rPr>
      </w:pPr>
      <w:r w:rsidRPr="00D61736">
        <w:rPr>
          <w:sz w:val="40"/>
          <w:szCs w:val="40"/>
          <w:lang w:val="pl-PL"/>
        </w:rPr>
        <w:t>Zawierzenie</w:t>
      </w:r>
    </w:p>
    <w:p w:rsidR="00AD3A3E" w:rsidRDefault="00AD3A3E" w:rsidP="006D2F7D">
      <w:pPr>
        <w:pStyle w:val="Heading2"/>
        <w:ind w:left="1440"/>
        <w:rPr>
          <w:sz w:val="28"/>
          <w:szCs w:val="28"/>
          <w:lang w:val="pl-PL"/>
        </w:rPr>
      </w:pPr>
    </w:p>
    <w:p w:rsidR="00B00468" w:rsidRDefault="00B00468" w:rsidP="00B00468">
      <w:pPr>
        <w:rPr>
          <w:lang w:val="pl-PL"/>
        </w:rPr>
      </w:pPr>
    </w:p>
    <w:p w:rsidR="00B00468" w:rsidRDefault="00B00468" w:rsidP="00B00468">
      <w:pPr>
        <w:rPr>
          <w:lang w:val="pl-PL"/>
        </w:rPr>
      </w:pPr>
    </w:p>
    <w:p w:rsidR="00B00468" w:rsidRDefault="00B00468" w:rsidP="00B00468">
      <w:pPr>
        <w:rPr>
          <w:lang w:val="pl-PL"/>
        </w:rPr>
      </w:pPr>
    </w:p>
    <w:p w:rsidR="00B00468" w:rsidRDefault="00B00468" w:rsidP="00B00468">
      <w:pPr>
        <w:rPr>
          <w:lang w:val="pl-PL"/>
        </w:rPr>
      </w:pPr>
    </w:p>
    <w:p w:rsidR="00B00468" w:rsidRDefault="00B00468" w:rsidP="00B00468">
      <w:pPr>
        <w:rPr>
          <w:lang w:val="pl-PL"/>
        </w:rPr>
      </w:pPr>
    </w:p>
    <w:p w:rsidR="00B00468" w:rsidRDefault="00B00468" w:rsidP="00B00468">
      <w:pPr>
        <w:rPr>
          <w:lang w:val="pl-PL"/>
        </w:rPr>
      </w:pPr>
    </w:p>
    <w:p w:rsidR="00B00468" w:rsidRDefault="00B00468" w:rsidP="00B00468">
      <w:pPr>
        <w:rPr>
          <w:lang w:val="pl-PL"/>
        </w:rPr>
      </w:pPr>
    </w:p>
    <w:p w:rsidR="00B00468" w:rsidRDefault="00B00468" w:rsidP="00B00468">
      <w:pPr>
        <w:rPr>
          <w:lang w:val="pl-PL"/>
        </w:rPr>
      </w:pPr>
    </w:p>
    <w:p w:rsidR="00AD3A3E" w:rsidRPr="00C85DBF" w:rsidRDefault="00F52167" w:rsidP="002F0F18">
      <w:pPr>
        <w:pStyle w:val="Title"/>
        <w:rPr>
          <w:lang w:val="pl-PL"/>
        </w:rPr>
      </w:pPr>
      <w:r w:rsidRPr="00C85DBF">
        <w:rPr>
          <w:lang w:val="pl-PL"/>
        </w:rPr>
        <w:lastRenderedPageBreak/>
        <w:t>MSZA ŚWIĘTA</w:t>
      </w:r>
    </w:p>
    <w:p w:rsidR="00AD3A3E" w:rsidRPr="006D2F7D" w:rsidRDefault="00F52167" w:rsidP="006D2F7D">
      <w:pPr>
        <w:pStyle w:val="Heading2"/>
        <w:ind w:left="1440"/>
        <w:rPr>
          <w:sz w:val="32"/>
          <w:szCs w:val="32"/>
          <w:lang w:val="pl-PL"/>
        </w:rPr>
      </w:pPr>
      <w:r w:rsidRPr="006D2F7D">
        <w:rPr>
          <w:sz w:val="32"/>
          <w:szCs w:val="32"/>
          <w:lang w:val="pl-PL"/>
        </w:rPr>
        <w:t>Wejście: Hymn Jubileuszowy</w:t>
      </w:r>
    </w:p>
    <w:p w:rsidR="00AD3A3E" w:rsidRPr="006D2F7D" w:rsidRDefault="00F52167" w:rsidP="006D2F7D">
      <w:pPr>
        <w:keepLines/>
        <w:ind w:left="1440"/>
        <w:rPr>
          <w:sz w:val="24"/>
          <w:szCs w:val="24"/>
          <w:lang w:val="pl-PL"/>
        </w:rPr>
      </w:pPr>
      <w:r w:rsidRPr="006D2F7D">
        <w:rPr>
          <w:sz w:val="24"/>
          <w:szCs w:val="24"/>
          <w:lang w:val="pl-PL"/>
        </w:rPr>
        <w:t>Na Wzgórzu Miłosierdzia, w znaku jedności,</w:t>
      </w:r>
      <w:r w:rsidRPr="006D2F7D">
        <w:rPr>
          <w:sz w:val="24"/>
          <w:szCs w:val="24"/>
          <w:lang w:val="pl-PL"/>
        </w:rPr>
        <w:br/>
        <w:t>gromadzimy się w modlitwie, w radości.</w:t>
      </w:r>
      <w:r w:rsidRPr="006D2F7D">
        <w:rPr>
          <w:sz w:val="24"/>
          <w:szCs w:val="24"/>
          <w:lang w:val="pl-PL"/>
        </w:rPr>
        <w:br/>
        <w:t>Dziesięć lat minęło, czas wielkiego trwania,</w:t>
      </w:r>
      <w:r w:rsidRPr="006D2F7D">
        <w:rPr>
          <w:sz w:val="24"/>
          <w:szCs w:val="24"/>
          <w:lang w:val="pl-PL"/>
        </w:rPr>
        <w:br/>
        <w:t>przepraszamy Boga za grzechy, zaniedbania.</w:t>
      </w:r>
    </w:p>
    <w:p w:rsidR="00AD3A3E" w:rsidRPr="00B00468" w:rsidRDefault="00B00468" w:rsidP="006D2F7D">
      <w:pPr>
        <w:keepLines/>
        <w:ind w:left="1440"/>
        <w:rPr>
          <w:b/>
          <w:sz w:val="24"/>
          <w:szCs w:val="24"/>
          <w:lang w:val="pl-PL"/>
        </w:rPr>
      </w:pPr>
      <w:r w:rsidRPr="00B00468">
        <w:rPr>
          <w:b/>
          <w:sz w:val="24"/>
          <w:szCs w:val="24"/>
          <w:lang w:val="pl-PL"/>
        </w:rPr>
        <w:t xml:space="preserve">Ref. </w:t>
      </w:r>
      <w:r w:rsidR="00F52167" w:rsidRPr="00B00468">
        <w:rPr>
          <w:b/>
          <w:sz w:val="24"/>
          <w:szCs w:val="24"/>
          <w:lang w:val="pl-PL"/>
        </w:rPr>
        <w:t>Panie, zmiłuj się nad nami, wołamy,</w:t>
      </w:r>
      <w:r w:rsidR="00F52167" w:rsidRPr="00B00468">
        <w:rPr>
          <w:b/>
          <w:sz w:val="24"/>
          <w:szCs w:val="24"/>
          <w:lang w:val="pl-PL"/>
        </w:rPr>
        <w:br/>
        <w:t>z pokorą w sercach, razem się modlimy.</w:t>
      </w:r>
      <w:r w:rsidR="00F52167" w:rsidRPr="00B00468">
        <w:rPr>
          <w:b/>
          <w:sz w:val="24"/>
          <w:szCs w:val="24"/>
          <w:lang w:val="pl-PL"/>
        </w:rPr>
        <w:br/>
        <w:t>Wielka Rodzina Polonii, w jedności w wierze,</w:t>
      </w:r>
      <w:r w:rsidR="00F52167" w:rsidRPr="00B00468">
        <w:rPr>
          <w:b/>
          <w:sz w:val="24"/>
          <w:szCs w:val="24"/>
          <w:lang w:val="pl-PL"/>
        </w:rPr>
        <w:br/>
        <w:t>niech ten jubileusz będzie dla nas przemianą serca.</w:t>
      </w:r>
    </w:p>
    <w:p w:rsidR="00AD3A3E" w:rsidRPr="006D2F7D" w:rsidRDefault="00F52167" w:rsidP="006D2F7D">
      <w:pPr>
        <w:keepLines/>
        <w:ind w:left="1440"/>
        <w:rPr>
          <w:sz w:val="24"/>
          <w:szCs w:val="24"/>
          <w:lang w:val="pl-PL"/>
        </w:rPr>
      </w:pPr>
      <w:r w:rsidRPr="006D2F7D">
        <w:rPr>
          <w:sz w:val="24"/>
          <w:szCs w:val="24"/>
          <w:lang w:val="pl-PL"/>
        </w:rPr>
        <w:t>O Boże miłosierdzie, my Ciebie prosimy,</w:t>
      </w:r>
      <w:r w:rsidRPr="006D2F7D">
        <w:rPr>
          <w:sz w:val="24"/>
          <w:szCs w:val="24"/>
          <w:lang w:val="pl-PL"/>
        </w:rPr>
        <w:br/>
        <w:t>rodzinom naszym pokój w sercach wyprosimy.</w:t>
      </w:r>
    </w:p>
    <w:p w:rsidR="00AD3A3E" w:rsidRPr="006D2F7D" w:rsidRDefault="00F52167" w:rsidP="006D2F7D">
      <w:pPr>
        <w:keepLines/>
        <w:ind w:left="1440"/>
        <w:rPr>
          <w:sz w:val="24"/>
          <w:szCs w:val="24"/>
          <w:lang w:val="pl-PL"/>
        </w:rPr>
      </w:pPr>
      <w:r w:rsidRPr="006D2F7D">
        <w:rPr>
          <w:sz w:val="24"/>
          <w:szCs w:val="24"/>
          <w:lang w:val="pl-PL"/>
        </w:rPr>
        <w:t>Polska, Stany Zjednoczone, nasza druga Ojczyzna,</w:t>
      </w:r>
      <w:r w:rsidRPr="006D2F7D">
        <w:rPr>
          <w:sz w:val="24"/>
          <w:szCs w:val="24"/>
          <w:lang w:val="pl-PL"/>
        </w:rPr>
        <w:br/>
        <w:t>zawierzamy Twemu Sercu, niech błogosławi.</w:t>
      </w:r>
    </w:p>
    <w:p w:rsidR="00AD3A3E" w:rsidRPr="00B00468" w:rsidRDefault="00B00468" w:rsidP="006D2F7D">
      <w:pPr>
        <w:keepLines/>
        <w:ind w:left="1440"/>
        <w:rPr>
          <w:b/>
          <w:sz w:val="24"/>
          <w:szCs w:val="24"/>
          <w:lang w:val="pl-PL"/>
        </w:rPr>
      </w:pPr>
      <w:r w:rsidRPr="00B00468">
        <w:rPr>
          <w:b/>
          <w:sz w:val="24"/>
          <w:szCs w:val="24"/>
          <w:lang w:val="pl-PL"/>
        </w:rPr>
        <w:t xml:space="preserve">Ref. </w:t>
      </w:r>
      <w:r w:rsidR="00F52167" w:rsidRPr="00B00468">
        <w:rPr>
          <w:b/>
          <w:sz w:val="24"/>
          <w:szCs w:val="24"/>
          <w:lang w:val="pl-PL"/>
        </w:rPr>
        <w:t>Panie, zmiłuj się nad nami, wołamy,</w:t>
      </w:r>
      <w:r w:rsidR="00F52167" w:rsidRPr="00B00468">
        <w:rPr>
          <w:b/>
          <w:sz w:val="24"/>
          <w:szCs w:val="24"/>
          <w:lang w:val="pl-PL"/>
        </w:rPr>
        <w:br/>
        <w:t>z pokorą w sercach, razem się modlimy.</w:t>
      </w:r>
      <w:r w:rsidR="00F52167" w:rsidRPr="00B00468">
        <w:rPr>
          <w:b/>
          <w:sz w:val="24"/>
          <w:szCs w:val="24"/>
          <w:lang w:val="pl-PL"/>
        </w:rPr>
        <w:br/>
        <w:t>Wielka Rodzina Polonii, w jedności w wierze,</w:t>
      </w:r>
      <w:r w:rsidR="00F52167" w:rsidRPr="00B00468">
        <w:rPr>
          <w:b/>
          <w:sz w:val="24"/>
          <w:szCs w:val="24"/>
          <w:lang w:val="pl-PL"/>
        </w:rPr>
        <w:br/>
        <w:t>niech ten jubileusz będzie dla nas przemianą serca.</w:t>
      </w:r>
    </w:p>
    <w:p w:rsidR="00AD3A3E" w:rsidRPr="006D2F7D" w:rsidRDefault="00F52167" w:rsidP="006D2F7D">
      <w:pPr>
        <w:keepLines/>
        <w:ind w:left="1440"/>
        <w:rPr>
          <w:sz w:val="24"/>
          <w:szCs w:val="24"/>
          <w:lang w:val="pl-PL"/>
        </w:rPr>
      </w:pPr>
      <w:r w:rsidRPr="006D2F7D">
        <w:rPr>
          <w:sz w:val="24"/>
          <w:szCs w:val="24"/>
          <w:lang w:val="pl-PL"/>
        </w:rPr>
        <w:t>O pokój na świecie, o miłość i zrozumienie,</w:t>
      </w:r>
      <w:r w:rsidRPr="006D2F7D">
        <w:rPr>
          <w:sz w:val="24"/>
          <w:szCs w:val="24"/>
          <w:lang w:val="pl-PL"/>
        </w:rPr>
        <w:br/>
        <w:t>niech cierpienie ustanie, niech będzie pojednanie.</w:t>
      </w:r>
      <w:r w:rsidRPr="006D2F7D">
        <w:rPr>
          <w:sz w:val="24"/>
          <w:szCs w:val="24"/>
          <w:lang w:val="pl-PL"/>
        </w:rPr>
        <w:br/>
        <w:t>W każdym narodzie niech zapanuje zgoda,</w:t>
      </w:r>
      <w:r w:rsidRPr="006D2F7D">
        <w:rPr>
          <w:sz w:val="24"/>
          <w:szCs w:val="24"/>
          <w:lang w:val="pl-PL"/>
        </w:rPr>
        <w:br/>
        <w:t>z serc naszych płynie wspólna modlitwa błagalna.</w:t>
      </w:r>
    </w:p>
    <w:p w:rsidR="00AD3A3E" w:rsidRPr="006D2F7D" w:rsidRDefault="00F52167" w:rsidP="006D2F7D">
      <w:pPr>
        <w:keepLines/>
        <w:ind w:left="1440"/>
        <w:rPr>
          <w:sz w:val="24"/>
          <w:szCs w:val="24"/>
          <w:lang w:val="pl-PL"/>
        </w:rPr>
      </w:pPr>
      <w:r w:rsidRPr="006D2F7D">
        <w:rPr>
          <w:sz w:val="24"/>
          <w:szCs w:val="24"/>
          <w:lang w:val="pl-PL"/>
        </w:rPr>
        <w:t>Ten czas odnowienia, wiary w Bogu złożonej,</w:t>
      </w:r>
      <w:r w:rsidRPr="006D2F7D">
        <w:rPr>
          <w:sz w:val="24"/>
          <w:szCs w:val="24"/>
          <w:lang w:val="pl-PL"/>
        </w:rPr>
        <w:br/>
        <w:t>zawierzmy Najdroższemu Sercu, w modlitwie błagalnej.</w:t>
      </w:r>
      <w:r w:rsidRPr="006D2F7D">
        <w:rPr>
          <w:sz w:val="24"/>
          <w:szCs w:val="24"/>
          <w:lang w:val="pl-PL"/>
        </w:rPr>
        <w:br/>
        <w:t>Pojednani z Bogiem, na Twoją większą chwałę,</w:t>
      </w:r>
      <w:r w:rsidRPr="006D2F7D">
        <w:rPr>
          <w:sz w:val="24"/>
          <w:szCs w:val="24"/>
          <w:lang w:val="pl-PL"/>
        </w:rPr>
        <w:br/>
        <w:t>Panie, zmiłuj się nad nami, wołamy do Nieba. Amen.</w:t>
      </w:r>
    </w:p>
    <w:p w:rsidR="00AD3A3E" w:rsidRPr="00B00468" w:rsidRDefault="00B00468" w:rsidP="006D2F7D">
      <w:pPr>
        <w:keepLines/>
        <w:ind w:left="1440"/>
        <w:rPr>
          <w:b/>
          <w:sz w:val="24"/>
          <w:szCs w:val="24"/>
          <w:lang w:val="pl-PL"/>
        </w:rPr>
      </w:pPr>
      <w:r w:rsidRPr="00B00468">
        <w:rPr>
          <w:b/>
          <w:sz w:val="24"/>
          <w:szCs w:val="24"/>
          <w:lang w:val="pl-PL"/>
        </w:rPr>
        <w:t xml:space="preserve">Ref. </w:t>
      </w:r>
      <w:r w:rsidR="00F52167" w:rsidRPr="00B00468">
        <w:rPr>
          <w:b/>
          <w:sz w:val="24"/>
          <w:szCs w:val="24"/>
          <w:lang w:val="pl-PL"/>
        </w:rPr>
        <w:t>Panie, zmiłuj się nad nami, wołamy,</w:t>
      </w:r>
      <w:r w:rsidR="00F52167" w:rsidRPr="00B00468">
        <w:rPr>
          <w:b/>
          <w:sz w:val="24"/>
          <w:szCs w:val="24"/>
          <w:lang w:val="pl-PL"/>
        </w:rPr>
        <w:br/>
        <w:t>z pokorą w sercach, razem się modlimy.</w:t>
      </w:r>
      <w:r w:rsidR="00F52167" w:rsidRPr="00B00468">
        <w:rPr>
          <w:b/>
          <w:sz w:val="24"/>
          <w:szCs w:val="24"/>
          <w:lang w:val="pl-PL"/>
        </w:rPr>
        <w:br/>
        <w:t>Wielka Rodzina Polonii, w jedności w wierze,</w:t>
      </w:r>
      <w:r w:rsidR="00F52167" w:rsidRPr="00B00468">
        <w:rPr>
          <w:b/>
          <w:sz w:val="24"/>
          <w:szCs w:val="24"/>
          <w:lang w:val="pl-PL"/>
        </w:rPr>
        <w:br/>
        <w:t>niech ten jubileusz będzie dla nas przemianą serca.</w:t>
      </w:r>
    </w:p>
    <w:p w:rsidR="00AD3A3E" w:rsidRDefault="00F52167" w:rsidP="006D2F7D">
      <w:pPr>
        <w:keepLines/>
        <w:ind w:left="1440"/>
        <w:rPr>
          <w:sz w:val="24"/>
          <w:szCs w:val="24"/>
          <w:lang w:val="pl-PL"/>
        </w:rPr>
      </w:pPr>
      <w:r w:rsidRPr="006D2F7D">
        <w:rPr>
          <w:sz w:val="24"/>
          <w:szCs w:val="24"/>
          <w:lang w:val="pl-PL"/>
        </w:rPr>
        <w:t>Z troskami przychodzimy, w pokorze przed Tobą,</w:t>
      </w:r>
      <w:r w:rsidRPr="006D2F7D">
        <w:rPr>
          <w:sz w:val="24"/>
          <w:szCs w:val="24"/>
          <w:lang w:val="pl-PL"/>
        </w:rPr>
        <w:br/>
        <w:t>wszyscy razem, w miłości, bez stawiania czoła.</w:t>
      </w:r>
      <w:r w:rsidRPr="006D2F7D">
        <w:rPr>
          <w:sz w:val="24"/>
          <w:szCs w:val="24"/>
          <w:lang w:val="pl-PL"/>
        </w:rPr>
        <w:br/>
        <w:t>Niech popłynie z naszych serc to wołanie,</w:t>
      </w:r>
      <w:r w:rsidRPr="006D2F7D">
        <w:rPr>
          <w:sz w:val="24"/>
          <w:szCs w:val="24"/>
          <w:lang w:val="pl-PL"/>
        </w:rPr>
        <w:br/>
        <w:t>Panie, zmiłuj się nad nami, na wieki wieków. Amen.</w:t>
      </w:r>
    </w:p>
    <w:p w:rsidR="009165A5" w:rsidRDefault="009165A5" w:rsidP="006D2F7D">
      <w:pPr>
        <w:keepLines/>
        <w:ind w:left="1440"/>
        <w:rPr>
          <w:sz w:val="24"/>
          <w:szCs w:val="24"/>
          <w:lang w:val="pl-PL"/>
        </w:rPr>
      </w:pPr>
    </w:p>
    <w:p w:rsidR="009165A5" w:rsidRDefault="009165A5" w:rsidP="006D2F7D">
      <w:pPr>
        <w:keepLines/>
        <w:ind w:left="1440"/>
        <w:rPr>
          <w:sz w:val="24"/>
          <w:szCs w:val="24"/>
          <w:lang w:val="pl-PL"/>
        </w:rPr>
      </w:pPr>
    </w:p>
    <w:p w:rsidR="009165A5" w:rsidRDefault="009165A5" w:rsidP="006D2F7D">
      <w:pPr>
        <w:keepLines/>
        <w:ind w:left="1440"/>
        <w:rPr>
          <w:sz w:val="24"/>
          <w:szCs w:val="24"/>
          <w:lang w:val="pl-PL"/>
        </w:rPr>
      </w:pPr>
    </w:p>
    <w:p w:rsidR="009165A5" w:rsidRDefault="009165A5" w:rsidP="006D2F7D">
      <w:pPr>
        <w:keepLines/>
        <w:ind w:left="1440"/>
        <w:rPr>
          <w:sz w:val="24"/>
          <w:szCs w:val="24"/>
          <w:lang w:val="pl-PL"/>
        </w:rPr>
      </w:pPr>
    </w:p>
    <w:p w:rsidR="009165A5" w:rsidRDefault="009165A5" w:rsidP="006D2F7D">
      <w:pPr>
        <w:keepLines/>
        <w:ind w:left="1440"/>
        <w:rPr>
          <w:sz w:val="24"/>
          <w:szCs w:val="24"/>
          <w:lang w:val="pl-PL"/>
        </w:rPr>
      </w:pPr>
    </w:p>
    <w:p w:rsidR="009165A5" w:rsidRPr="006D2F7D" w:rsidRDefault="009165A5" w:rsidP="006D2F7D">
      <w:pPr>
        <w:keepLines/>
        <w:ind w:left="1440"/>
        <w:rPr>
          <w:sz w:val="24"/>
          <w:szCs w:val="24"/>
          <w:lang w:val="pl-PL"/>
        </w:rPr>
      </w:pPr>
    </w:p>
    <w:p w:rsidR="00AD3A3E" w:rsidRPr="00B00468" w:rsidRDefault="00F52167" w:rsidP="00B00468">
      <w:pPr>
        <w:pStyle w:val="Heading2"/>
        <w:spacing w:before="0" w:after="0"/>
        <w:ind w:left="1440"/>
        <w:rPr>
          <w:sz w:val="32"/>
          <w:szCs w:val="32"/>
          <w:lang w:val="pl-PL"/>
        </w:rPr>
      </w:pPr>
      <w:r w:rsidRPr="00B00468">
        <w:rPr>
          <w:sz w:val="32"/>
          <w:szCs w:val="32"/>
          <w:lang w:val="pl-PL"/>
        </w:rPr>
        <w:lastRenderedPageBreak/>
        <w:t>Ofiarowanie</w:t>
      </w:r>
    </w:p>
    <w:p w:rsidR="009165A5" w:rsidRDefault="00C85DBF" w:rsidP="006D2F7D">
      <w:pPr>
        <w:keepLines/>
        <w:spacing w:after="0"/>
        <w:ind w:left="1440"/>
        <w:rPr>
          <w:rFonts w:cs="Arial"/>
          <w:color w:val="222222"/>
          <w:shd w:val="clear" w:color="auto" w:fill="FFFFFF"/>
          <w:lang w:val="pl-PL"/>
        </w:rPr>
      </w:pPr>
      <w:r w:rsidRPr="009A0AEB">
        <w:rPr>
          <w:rFonts w:cs="Arial"/>
          <w:b/>
          <w:color w:val="222222"/>
          <w:u w:val="single"/>
          <w:shd w:val="clear" w:color="auto" w:fill="FFFFFF"/>
          <w:lang w:val="pl-PL"/>
        </w:rPr>
        <w:t>Uczyłeś Panie nas - Bóg jest miłością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Przez niezliczoność łask - Bóg jest miłością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Przez mękę swą i krzyż - Bóg jest miłością</w:t>
      </w:r>
    </w:p>
    <w:p w:rsidR="00C85DBF" w:rsidRDefault="00C85DBF" w:rsidP="006D2F7D">
      <w:pPr>
        <w:keepLines/>
        <w:spacing w:after="0"/>
        <w:ind w:left="1440"/>
        <w:rPr>
          <w:rFonts w:cs="Arial"/>
          <w:color w:val="222222"/>
          <w:shd w:val="clear" w:color="auto" w:fill="FFFFFF"/>
          <w:lang w:val="pl-PL"/>
        </w:rPr>
      </w:pPr>
      <w:r w:rsidRPr="00C85DBF">
        <w:rPr>
          <w:rFonts w:cs="Arial"/>
          <w:color w:val="222222"/>
          <w:shd w:val="clear" w:color="auto" w:fill="FFFFFF"/>
          <w:lang w:val="pl-PL"/>
        </w:rPr>
        <w:t>Przez odkupienia  cud - Bóg jest miłością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Miłość prosta jest - Bóg jest miłością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Miłość cicha jest - Bóg jest miłością</w:t>
      </w:r>
      <w:r>
        <w:rPr>
          <w:rFonts w:cs="Arial"/>
          <w:color w:val="222222"/>
          <w:shd w:val="clear" w:color="auto" w:fill="FFFFFF"/>
          <w:lang w:val="pl-PL"/>
        </w:rPr>
        <w:t xml:space="preserve"> 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Miłość wierna jest - Bóg jest miłością</w:t>
      </w:r>
      <w:r>
        <w:rPr>
          <w:rFonts w:cs="Arial"/>
          <w:color w:val="222222"/>
          <w:shd w:val="clear" w:color="auto" w:fill="FFFFFF"/>
          <w:lang w:val="pl-PL"/>
        </w:rPr>
        <w:t xml:space="preserve"> 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Miłość cierpliwa jest - Bóg jest miłością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Ona pomaga nam żyć - Bóg jest miłością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Ona dodaje nam sił - Bóg jest miłością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Ona jednoczy nas - Bóg jest miłością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Ona zwycięża śmierć - Bóg jest miłością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Miłość przebacza nam  grzech - Bóg jest miłością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Miłość uzdrawia nas z ran - Bóg jest miłością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Ona umacnia nas - Bóg jest miłością</w:t>
      </w:r>
      <w:r w:rsidRPr="00C85DBF">
        <w:rPr>
          <w:rFonts w:cs="Arial"/>
          <w:color w:val="222222"/>
          <w:lang w:val="pl-PL"/>
        </w:rPr>
        <w:br/>
      </w:r>
      <w:r w:rsidRPr="00C85DBF">
        <w:rPr>
          <w:rFonts w:cs="Arial"/>
          <w:color w:val="222222"/>
          <w:shd w:val="clear" w:color="auto" w:fill="FFFFFF"/>
          <w:lang w:val="pl-PL"/>
        </w:rPr>
        <w:t>Nadaje życiu sens - Bóg jest miłością.</w:t>
      </w:r>
    </w:p>
    <w:p w:rsidR="00C85DBF" w:rsidRDefault="00C85DBF" w:rsidP="006D2F7D">
      <w:pPr>
        <w:keepLines/>
        <w:spacing w:after="0"/>
        <w:ind w:left="1440"/>
        <w:rPr>
          <w:rFonts w:cs="Arial"/>
          <w:color w:val="222222"/>
          <w:shd w:val="clear" w:color="auto" w:fill="FFFFFF"/>
          <w:lang w:val="pl-PL"/>
        </w:rPr>
      </w:pPr>
    </w:p>
    <w:p w:rsidR="00AD3A3E" w:rsidRDefault="00F52167" w:rsidP="00B00468">
      <w:pPr>
        <w:pStyle w:val="Heading2"/>
        <w:spacing w:before="0" w:after="0"/>
        <w:ind w:left="1440" w:right="1440"/>
        <w:rPr>
          <w:sz w:val="32"/>
          <w:szCs w:val="32"/>
          <w:lang w:val="pl-PL"/>
        </w:rPr>
      </w:pPr>
      <w:r w:rsidRPr="006D2F7D">
        <w:rPr>
          <w:sz w:val="32"/>
          <w:szCs w:val="32"/>
          <w:lang w:val="pl-PL"/>
        </w:rPr>
        <w:t>Podczas Komunii Świętej</w:t>
      </w:r>
    </w:p>
    <w:p w:rsidR="009A0AEB" w:rsidRPr="009A0AEB" w:rsidRDefault="009A0AEB" w:rsidP="009A0AEB">
      <w:pPr>
        <w:pStyle w:val="NormalWeb"/>
        <w:tabs>
          <w:tab w:val="left" w:pos="5900"/>
        </w:tabs>
        <w:ind w:left="1440"/>
        <w:rPr>
          <w:lang w:val="pl-PL"/>
        </w:rPr>
      </w:pPr>
      <w:r w:rsidRPr="009A0AEB">
        <w:rPr>
          <w:rStyle w:val="Strong"/>
          <w:u w:val="single"/>
          <w:lang w:val="pl-PL"/>
        </w:rPr>
        <w:t>Zbliżam się w pokorze</w:t>
      </w:r>
      <w:r w:rsidRPr="009A0AEB">
        <w:rPr>
          <w:u w:val="single"/>
          <w:lang w:val="pl-PL"/>
        </w:rPr>
        <w:t xml:space="preserve"> i niskości swej,</w:t>
      </w:r>
      <w:r w:rsidRPr="009A0AEB">
        <w:rPr>
          <w:lang w:val="pl-PL"/>
        </w:rPr>
        <w:br/>
        <w:t>Wielbię Twój majestat, skryty w Hostii tej,</w:t>
      </w:r>
      <w:r w:rsidRPr="009A0AEB">
        <w:rPr>
          <w:lang w:val="pl-PL"/>
        </w:rPr>
        <w:br/>
        <w:t>Tobie dziś w ofierze serce daję swe,</w:t>
      </w:r>
      <w:r w:rsidRPr="009A0AEB">
        <w:rPr>
          <w:lang w:val="pl-PL"/>
        </w:rPr>
        <w:br/>
        <w:t>O, utwierdzaj w wierze, Jezu, dzieci Twe.</w:t>
      </w:r>
    </w:p>
    <w:p w:rsidR="009A0AEB" w:rsidRDefault="009A0AEB" w:rsidP="009A0AEB">
      <w:pPr>
        <w:pStyle w:val="NormalWeb"/>
        <w:ind w:left="1440"/>
        <w:rPr>
          <w:lang w:val="pl-PL"/>
        </w:rPr>
      </w:pPr>
      <w:r w:rsidRPr="009A0AEB">
        <w:rPr>
          <w:lang w:val="pl-PL"/>
        </w:rPr>
        <w:t>Mylą się, o Boże, w Tobie wzrok i smak,</w:t>
      </w:r>
      <w:r w:rsidRPr="009A0AEB">
        <w:rPr>
          <w:lang w:val="pl-PL"/>
        </w:rPr>
        <w:br/>
        <w:t>Kto się im poddaje, temu wiary brak,</w:t>
      </w:r>
      <w:r w:rsidRPr="009A0AEB">
        <w:rPr>
          <w:lang w:val="pl-PL"/>
        </w:rPr>
        <w:br/>
        <w:t>Ja jedynie wierzyć Twej nauce chcę,</w:t>
      </w:r>
      <w:r w:rsidRPr="009A0AEB">
        <w:rPr>
          <w:lang w:val="pl-PL"/>
        </w:rPr>
        <w:br/>
        <w:t>Że w postaci chleba utaiłeś się.</w:t>
      </w:r>
    </w:p>
    <w:p w:rsidR="009A0AEB" w:rsidRPr="009A0AEB" w:rsidRDefault="009A0AEB" w:rsidP="009A0AEB">
      <w:pPr>
        <w:pStyle w:val="NormalWeb"/>
        <w:ind w:left="1440"/>
        <w:rPr>
          <w:lang w:val="pl-PL"/>
        </w:rPr>
      </w:pPr>
      <w:r w:rsidRPr="009A0AEB">
        <w:rPr>
          <w:lang w:val="pl-PL"/>
        </w:rPr>
        <w:t>Bóstwo Swe na krzyżu skryłeś wobec nas,</w:t>
      </w:r>
      <w:r w:rsidRPr="009A0AEB">
        <w:rPr>
          <w:lang w:val="pl-PL"/>
        </w:rPr>
        <w:br/>
        <w:t>Tu ukryte z Bóstwem człowieczeństwo wraz,</w:t>
      </w:r>
      <w:r w:rsidRPr="009A0AEB">
        <w:rPr>
          <w:lang w:val="pl-PL"/>
        </w:rPr>
        <w:br/>
        <w:t>Lecz w Oboje wierząc, wiem, że dojdę tam,</w:t>
      </w:r>
      <w:r w:rsidRPr="009A0AEB">
        <w:rPr>
          <w:lang w:val="pl-PL"/>
        </w:rPr>
        <w:br/>
        <w:t>Gdzieś przygarnął łotra, do Twych niebios bram.</w:t>
      </w:r>
    </w:p>
    <w:p w:rsidR="009A0AEB" w:rsidRPr="009A0AEB" w:rsidRDefault="009A0AEB" w:rsidP="009A0AEB">
      <w:pPr>
        <w:pStyle w:val="NormalWeb"/>
        <w:ind w:left="1440"/>
        <w:rPr>
          <w:lang w:val="pl-PL"/>
        </w:rPr>
      </w:pPr>
      <w:r w:rsidRPr="009A0AEB">
        <w:rPr>
          <w:lang w:val="pl-PL"/>
        </w:rPr>
        <w:t>Jak niewierny Tomasz Twych nie szukam ran,</w:t>
      </w:r>
      <w:r w:rsidRPr="009A0AEB">
        <w:rPr>
          <w:lang w:val="pl-PL"/>
        </w:rPr>
        <w:br/>
        <w:t>Lecz wyznaję z wiarą, żeś mój Bóg i Pan,</w:t>
      </w:r>
      <w:r w:rsidRPr="009A0AEB">
        <w:rPr>
          <w:lang w:val="pl-PL"/>
        </w:rPr>
        <w:br/>
        <w:t>Pomóż wierze mojej, Jezu, łaską Swą,</w:t>
      </w:r>
      <w:r w:rsidRPr="009A0AEB">
        <w:rPr>
          <w:lang w:val="pl-PL"/>
        </w:rPr>
        <w:br/>
        <w:t>Ożyw mą nadzieję, rozpal miłość mą.</w:t>
      </w:r>
    </w:p>
    <w:p w:rsidR="009A0AEB" w:rsidRDefault="009A0AEB" w:rsidP="009A0AEB">
      <w:pPr>
        <w:pStyle w:val="NormalWeb"/>
        <w:ind w:left="1440"/>
        <w:rPr>
          <w:lang w:val="pl-PL"/>
        </w:rPr>
      </w:pPr>
      <w:r w:rsidRPr="009A0AEB">
        <w:rPr>
          <w:lang w:val="pl-PL"/>
        </w:rPr>
        <w:t>Ty, coś upamiętnił śmierci Bożej czas,</w:t>
      </w:r>
      <w:r w:rsidRPr="009A0AEB">
        <w:rPr>
          <w:lang w:val="pl-PL"/>
        </w:rPr>
        <w:br/>
        <w:t>Chlebie żywy, życiem swym darzący nas,</w:t>
      </w:r>
      <w:r w:rsidRPr="009A0AEB">
        <w:rPr>
          <w:lang w:val="pl-PL"/>
        </w:rPr>
        <w:br/>
        <w:t>Spraw, bym dla swej duszy życie z Ciebie brał,</w:t>
      </w:r>
      <w:r w:rsidRPr="009A0AEB">
        <w:rPr>
          <w:lang w:val="pl-PL"/>
        </w:rPr>
        <w:br/>
        <w:t>Bym nad wszelką słodycz Ciebie poznać chciał.</w:t>
      </w:r>
    </w:p>
    <w:p w:rsidR="009A0AEB" w:rsidRPr="009A0AEB" w:rsidRDefault="009A0AEB" w:rsidP="009A0AEB">
      <w:pPr>
        <w:pStyle w:val="NormalWeb"/>
        <w:ind w:left="1440"/>
        <w:rPr>
          <w:lang w:val="pl-PL"/>
        </w:rPr>
      </w:pPr>
      <w:r w:rsidRPr="009A0AEB">
        <w:rPr>
          <w:lang w:val="pl-PL"/>
        </w:rPr>
        <w:t>Ty, co jak pelikan Krwią Swą karmisz lud,</w:t>
      </w:r>
      <w:r w:rsidRPr="009A0AEB">
        <w:rPr>
          <w:lang w:val="pl-PL"/>
        </w:rPr>
        <w:br/>
        <w:t>Przywróć mi niewinność, oddal grzechów brud,</w:t>
      </w:r>
      <w:r w:rsidRPr="009A0AEB">
        <w:rPr>
          <w:lang w:val="pl-PL"/>
        </w:rPr>
        <w:br/>
        <w:t>Oczyść mnie Krwią swoją, która wszystkich nas</w:t>
      </w:r>
      <w:r w:rsidRPr="009A0AEB">
        <w:rPr>
          <w:lang w:val="pl-PL"/>
        </w:rPr>
        <w:br/>
        <w:t>Jedną kroplą może obmyć z win i zmaz.</w:t>
      </w:r>
    </w:p>
    <w:p w:rsidR="009A0AEB" w:rsidRPr="009A0AEB" w:rsidRDefault="009A0AEB" w:rsidP="009A0AEB">
      <w:pPr>
        <w:pStyle w:val="NormalWeb"/>
        <w:ind w:left="1440"/>
        <w:rPr>
          <w:lang w:val="pl-PL"/>
        </w:rPr>
      </w:pPr>
      <w:r w:rsidRPr="009A0AEB">
        <w:rPr>
          <w:lang w:val="pl-PL"/>
        </w:rPr>
        <w:lastRenderedPageBreak/>
        <w:t>Pod zasłoną teraz, Jezu, widzę Cię,</w:t>
      </w:r>
      <w:r w:rsidRPr="009A0AEB">
        <w:rPr>
          <w:lang w:val="pl-PL"/>
        </w:rPr>
        <w:br/>
        <w:t>Niech pragnienie serca kiedyś spełni się,</w:t>
      </w:r>
      <w:r w:rsidRPr="009A0AEB">
        <w:rPr>
          <w:lang w:val="pl-PL"/>
        </w:rPr>
        <w:br/>
        <w:t>Bym oblicze Twoje tam oglądać mógł,</w:t>
      </w:r>
      <w:r w:rsidRPr="009A0AEB">
        <w:rPr>
          <w:lang w:val="pl-PL"/>
        </w:rPr>
        <w:br/>
        <w:t>Gdzie wybranym miejsce przygotował Bóg.</w:t>
      </w:r>
    </w:p>
    <w:p w:rsidR="009A0AEB" w:rsidRPr="009A0AEB" w:rsidRDefault="009A0AEB" w:rsidP="009A0AEB">
      <w:pPr>
        <w:rPr>
          <w:lang w:val="pl-PL"/>
        </w:rPr>
      </w:pPr>
    </w:p>
    <w:p w:rsidR="00AD3A3E" w:rsidRPr="00B00468" w:rsidRDefault="00F52167" w:rsidP="006D2F7D">
      <w:pPr>
        <w:keepLines/>
        <w:ind w:left="1440"/>
        <w:rPr>
          <w:b/>
          <w:lang w:val="pl-PL"/>
        </w:rPr>
      </w:pPr>
      <w:r w:rsidRPr="009A0AEB">
        <w:rPr>
          <w:b/>
          <w:u w:val="single"/>
          <w:lang w:val="pl-PL"/>
        </w:rPr>
        <w:t>W kruszynie chleba, Panie, jesteś</w:t>
      </w:r>
      <w:r w:rsidRPr="00B00468">
        <w:rPr>
          <w:b/>
          <w:lang w:val="pl-PL"/>
        </w:rPr>
        <w:br/>
        <w:t>ukryty wielki, Ty Pan,</w:t>
      </w:r>
      <w:r w:rsidRPr="00B00468">
        <w:rPr>
          <w:b/>
          <w:lang w:val="pl-PL"/>
        </w:rPr>
        <w:br/>
        <w:t>przychodzisz do nas już przez wieki,</w:t>
      </w:r>
      <w:r w:rsidRPr="00B00468">
        <w:rPr>
          <w:b/>
          <w:lang w:val="pl-PL"/>
        </w:rPr>
        <w:br/>
        <w:t>by ofiarować siebie nam.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W tych kroplach wina Twoja krew</w:t>
      </w:r>
      <w:r w:rsidRPr="00C85DBF">
        <w:rPr>
          <w:lang w:val="pl-PL"/>
        </w:rPr>
        <w:br/>
        <w:t>przelana za nas, Panie mój,</w:t>
      </w:r>
      <w:r w:rsidRPr="00C85DBF">
        <w:rPr>
          <w:lang w:val="pl-PL"/>
        </w:rPr>
        <w:br/>
        <w:t>tak wiele jej na krzyżu było,</w:t>
      </w:r>
      <w:r w:rsidRPr="00C85DBF">
        <w:rPr>
          <w:lang w:val="pl-PL"/>
        </w:rPr>
        <w:br/>
        <w:t>by odkupić nas od win.</w:t>
      </w:r>
    </w:p>
    <w:p w:rsidR="00AD3A3E" w:rsidRPr="00B00468" w:rsidRDefault="00F52167" w:rsidP="006D2F7D">
      <w:pPr>
        <w:keepLines/>
        <w:ind w:left="1440"/>
        <w:rPr>
          <w:b/>
          <w:lang w:val="pl-PL"/>
        </w:rPr>
      </w:pPr>
      <w:r w:rsidRPr="00C85DBF">
        <w:rPr>
          <w:lang w:val="pl-PL"/>
        </w:rPr>
        <w:t>Ty, Panie, miłością jesteś,</w:t>
      </w:r>
      <w:r w:rsidRPr="00C85DBF">
        <w:rPr>
          <w:lang w:val="pl-PL"/>
        </w:rPr>
        <w:br/>
        <w:t>Ty, Panie, kochasz nas</w:t>
      </w:r>
      <w:r w:rsidRPr="00C85DBF">
        <w:rPr>
          <w:lang w:val="pl-PL"/>
        </w:rPr>
        <w:br/>
        <w:t>i proszę Ciebie, by tak było</w:t>
      </w:r>
      <w:r w:rsidRPr="00C85DBF">
        <w:rPr>
          <w:lang w:val="pl-PL"/>
        </w:rPr>
        <w:br/>
        <w:t>wciąż, przez wiele lat,</w:t>
      </w:r>
      <w:r w:rsidRPr="00C85DBF">
        <w:rPr>
          <w:lang w:val="pl-PL"/>
        </w:rPr>
        <w:br/>
      </w:r>
    </w:p>
    <w:p w:rsidR="00AD3A3E" w:rsidRPr="00B00468" w:rsidRDefault="00F52167" w:rsidP="006D2F7D">
      <w:pPr>
        <w:keepLines/>
        <w:ind w:left="1440"/>
        <w:rPr>
          <w:b/>
          <w:lang w:val="pl-PL"/>
        </w:rPr>
      </w:pPr>
      <w:r w:rsidRPr="00B00468">
        <w:rPr>
          <w:b/>
          <w:lang w:val="pl-PL"/>
        </w:rPr>
        <w:t>W kruszyni</w:t>
      </w:r>
      <w:r w:rsidR="00B00468" w:rsidRPr="00B00468">
        <w:rPr>
          <w:b/>
          <w:lang w:val="pl-PL"/>
        </w:rPr>
        <w:t>e chleba, Panie, jesteś</w:t>
      </w:r>
      <w:r w:rsidR="00B00468" w:rsidRPr="00B00468">
        <w:rPr>
          <w:b/>
          <w:lang w:val="pl-PL"/>
        </w:rPr>
        <w:br/>
        <w:t>ukryty</w:t>
      </w:r>
      <w:r w:rsidRPr="00B00468">
        <w:rPr>
          <w:b/>
          <w:lang w:val="pl-PL"/>
        </w:rPr>
        <w:t xml:space="preserve"> wielki, Ty Pan,</w:t>
      </w:r>
      <w:r w:rsidRPr="00B00468">
        <w:rPr>
          <w:b/>
          <w:lang w:val="pl-PL"/>
        </w:rPr>
        <w:br/>
        <w:t>przychodzisz do nas już przez wieki,</w:t>
      </w:r>
      <w:r w:rsidRPr="00B00468">
        <w:rPr>
          <w:b/>
          <w:lang w:val="pl-PL"/>
        </w:rPr>
        <w:br/>
        <w:t>by ofiarować siebie nam.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Ty, Panie, miłością jesteś,</w:t>
      </w:r>
      <w:r w:rsidRPr="00C85DBF">
        <w:rPr>
          <w:lang w:val="pl-PL"/>
        </w:rPr>
        <w:br/>
        <w:t>Ty, Panie, kochasz nas</w:t>
      </w:r>
      <w:r w:rsidRPr="00C85DBF">
        <w:rPr>
          <w:lang w:val="pl-PL"/>
        </w:rPr>
        <w:br/>
        <w:t>i proszę Ciebie, by tak było</w:t>
      </w:r>
      <w:r w:rsidRPr="00C85DBF">
        <w:rPr>
          <w:lang w:val="pl-PL"/>
        </w:rPr>
        <w:br/>
        <w:t>wciąż, przez wiele lat,</w:t>
      </w:r>
      <w:r w:rsidRPr="00C85DBF">
        <w:rPr>
          <w:lang w:val="pl-PL"/>
        </w:rPr>
        <w:br/>
      </w:r>
    </w:p>
    <w:p w:rsidR="00AD3A3E" w:rsidRPr="00B00468" w:rsidRDefault="00F52167" w:rsidP="00B00468">
      <w:pPr>
        <w:pStyle w:val="Heading2"/>
        <w:spacing w:before="0" w:after="0"/>
        <w:ind w:left="1440" w:right="2160"/>
        <w:rPr>
          <w:sz w:val="28"/>
          <w:szCs w:val="28"/>
          <w:u w:val="single"/>
          <w:lang w:val="pl-PL"/>
        </w:rPr>
      </w:pPr>
      <w:r w:rsidRPr="00B00468">
        <w:rPr>
          <w:sz w:val="28"/>
          <w:szCs w:val="28"/>
          <w:u w:val="single"/>
          <w:lang w:val="pl-PL"/>
        </w:rPr>
        <w:t>Chlebie najcichszy</w:t>
      </w:r>
    </w:p>
    <w:p w:rsidR="00B00468" w:rsidRDefault="002F0F18" w:rsidP="00B00468">
      <w:pPr>
        <w:keepLines/>
        <w:spacing w:after="0"/>
        <w:ind w:left="1440"/>
        <w:rPr>
          <w:b/>
          <w:lang w:val="pl-PL"/>
        </w:rPr>
      </w:pPr>
      <w:r>
        <w:rPr>
          <w:b/>
          <w:lang w:val="pl-PL"/>
        </w:rPr>
        <w:t xml:space="preserve">Ref. </w:t>
      </w:r>
      <w:r w:rsidR="00B00468">
        <w:rPr>
          <w:b/>
          <w:lang w:val="pl-PL"/>
        </w:rPr>
        <w:t>Chlebie najcichszy</w:t>
      </w:r>
    </w:p>
    <w:p w:rsidR="00AD3A3E" w:rsidRPr="00B00468" w:rsidRDefault="00C85DBF" w:rsidP="006D2F7D">
      <w:pPr>
        <w:keepLines/>
        <w:ind w:left="1440"/>
        <w:rPr>
          <w:b/>
          <w:lang w:val="pl-PL"/>
        </w:rPr>
      </w:pPr>
      <w:r w:rsidRPr="00B00468">
        <w:rPr>
          <w:b/>
          <w:lang w:val="pl-PL"/>
        </w:rPr>
        <w:t>Ot</w:t>
      </w:r>
      <w:r w:rsidR="00F52167" w:rsidRPr="00B00468">
        <w:rPr>
          <w:b/>
          <w:lang w:val="pl-PL"/>
        </w:rPr>
        <w:t>ul mnie swym milczeniem,</w:t>
      </w:r>
      <w:r w:rsidR="00F52167" w:rsidRPr="00B00468">
        <w:rPr>
          <w:b/>
          <w:lang w:val="pl-PL"/>
        </w:rPr>
        <w:br/>
        <w:t>ukryj mnie w swojej bieli,</w:t>
      </w:r>
      <w:r w:rsidR="00F52167" w:rsidRPr="00B00468">
        <w:rPr>
          <w:b/>
          <w:lang w:val="pl-PL"/>
        </w:rPr>
        <w:br/>
        <w:t>wchłoń moją ciemność.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Przemień mnie w siebie,</w:t>
      </w:r>
      <w:r w:rsidRPr="00C85DBF">
        <w:rPr>
          <w:lang w:val="pl-PL"/>
        </w:rPr>
        <w:br/>
        <w:t>bym jak Ty stał się chlebem /x2/</w:t>
      </w:r>
      <w:r w:rsidRPr="00C85DBF">
        <w:rPr>
          <w:lang w:val="pl-PL"/>
        </w:rPr>
        <w:br/>
        <w:t>Pobłogosław mnie, połam,</w:t>
      </w:r>
      <w:r w:rsidRPr="00C85DBF">
        <w:rPr>
          <w:lang w:val="pl-PL"/>
        </w:rPr>
        <w:br/>
        <w:t>rozdaj łaknącym braciom /x2/</w:t>
      </w:r>
    </w:p>
    <w:p w:rsidR="00AD3A3E" w:rsidRPr="002F0F18" w:rsidRDefault="002F0F18" w:rsidP="006D2F7D">
      <w:pPr>
        <w:keepLines/>
        <w:ind w:left="1440"/>
        <w:rPr>
          <w:b/>
          <w:lang w:val="pl-PL"/>
        </w:rPr>
      </w:pPr>
      <w:r w:rsidRPr="002F0F18">
        <w:rPr>
          <w:b/>
          <w:lang w:val="pl-PL"/>
        </w:rPr>
        <w:t xml:space="preserve">Ref. </w:t>
      </w:r>
      <w:r w:rsidR="00F52167" w:rsidRPr="002F0F18">
        <w:rPr>
          <w:b/>
          <w:lang w:val="pl-PL"/>
        </w:rPr>
        <w:t>Chlebie najcichszy,</w:t>
      </w:r>
      <w:r w:rsidR="00F52167" w:rsidRPr="002F0F18">
        <w:rPr>
          <w:b/>
          <w:lang w:val="pl-PL"/>
        </w:rPr>
        <w:br/>
        <w:t>otul mnie swym milczeniem,</w:t>
      </w:r>
      <w:r w:rsidR="00F52167" w:rsidRPr="002F0F18">
        <w:rPr>
          <w:b/>
          <w:lang w:val="pl-PL"/>
        </w:rPr>
        <w:br/>
        <w:t>ukryj mnie w swojej bieli,</w:t>
      </w:r>
      <w:r w:rsidR="00F52167" w:rsidRPr="002F0F18">
        <w:rPr>
          <w:b/>
          <w:lang w:val="pl-PL"/>
        </w:rPr>
        <w:br/>
        <w:t>wchłoń moją ciemność.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A ułomki chleba,</w:t>
      </w:r>
      <w:r w:rsidRPr="00C85DBF">
        <w:rPr>
          <w:lang w:val="pl-PL"/>
        </w:rPr>
        <w:br/>
        <w:t>które zostaną /x2/</w:t>
      </w:r>
      <w:r w:rsidRPr="00C85DBF">
        <w:rPr>
          <w:lang w:val="pl-PL"/>
        </w:rPr>
        <w:br/>
        <w:t>rozdaj tym,</w:t>
      </w:r>
      <w:r w:rsidRPr="00C85DBF">
        <w:rPr>
          <w:lang w:val="pl-PL"/>
        </w:rPr>
        <w:br/>
        <w:t>którzy nie wierzą w swój głód /x2/</w:t>
      </w:r>
    </w:p>
    <w:p w:rsidR="00AD3A3E" w:rsidRPr="00C85DBF" w:rsidRDefault="00F52167" w:rsidP="002F0F18">
      <w:pPr>
        <w:pStyle w:val="Heading2"/>
        <w:spacing w:before="0" w:after="0"/>
        <w:ind w:left="1440"/>
        <w:rPr>
          <w:sz w:val="28"/>
          <w:szCs w:val="28"/>
          <w:lang w:val="pl-PL"/>
        </w:rPr>
      </w:pPr>
      <w:r w:rsidRPr="00C85DBF">
        <w:rPr>
          <w:sz w:val="28"/>
          <w:szCs w:val="28"/>
          <w:lang w:val="pl-PL"/>
        </w:rPr>
        <w:t>Uwielbienie</w:t>
      </w:r>
    </w:p>
    <w:p w:rsidR="00AD3A3E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Serce Jezusa, proszę najgoręcej,</w:t>
      </w:r>
      <w:r w:rsidRPr="00C85DBF">
        <w:rPr>
          <w:lang w:val="pl-PL"/>
        </w:rPr>
        <w:br/>
        <w:t>spraw, niech Cię kocham,</w:t>
      </w:r>
      <w:r w:rsidRPr="00C85DBF">
        <w:rPr>
          <w:lang w:val="pl-PL"/>
        </w:rPr>
        <w:br/>
        <w:t>kocham coraz więcej.</w:t>
      </w:r>
      <w:r w:rsidRPr="00C85DBF">
        <w:rPr>
          <w:lang w:val="pl-PL"/>
        </w:rPr>
        <w:br/>
        <w:t>Spraw, bym Ci</w:t>
      </w:r>
      <w:r w:rsidR="002F0F18">
        <w:rPr>
          <w:lang w:val="pl-PL"/>
        </w:rPr>
        <w:t>ę kochał, kochał najgoręcej /3x</w:t>
      </w:r>
    </w:p>
    <w:p w:rsidR="00C85DBF" w:rsidRDefault="00C85DBF" w:rsidP="006D2F7D">
      <w:pPr>
        <w:keepLines/>
        <w:ind w:left="1440"/>
        <w:rPr>
          <w:lang w:val="pl-PL"/>
        </w:rPr>
      </w:pPr>
    </w:p>
    <w:p w:rsidR="00AD3A3E" w:rsidRPr="00C85DBF" w:rsidRDefault="00F52167" w:rsidP="002F0F18">
      <w:pPr>
        <w:pStyle w:val="Heading2"/>
        <w:spacing w:before="0" w:after="0"/>
        <w:ind w:left="1440"/>
        <w:rPr>
          <w:sz w:val="28"/>
          <w:szCs w:val="28"/>
          <w:lang w:val="pl-PL"/>
        </w:rPr>
      </w:pPr>
      <w:r w:rsidRPr="00C85DBF">
        <w:rPr>
          <w:sz w:val="28"/>
          <w:szCs w:val="28"/>
          <w:lang w:val="pl-PL"/>
        </w:rPr>
        <w:lastRenderedPageBreak/>
        <w:t>Te Deum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9A0AEB">
        <w:rPr>
          <w:b/>
          <w:u w:val="single"/>
          <w:lang w:val="pl-PL"/>
        </w:rPr>
        <w:t>Ciebie Boga wysławiamy,</w:t>
      </w:r>
      <w:r w:rsidRPr="00C85DBF">
        <w:rPr>
          <w:lang w:val="pl-PL"/>
        </w:rPr>
        <w:br/>
        <w:t>Tobie Panu wieczna chwała,</w:t>
      </w:r>
      <w:r w:rsidRPr="00C85DBF">
        <w:rPr>
          <w:lang w:val="pl-PL"/>
        </w:rPr>
        <w:br/>
        <w:t>Ciebie Ojca, niebios bramy,</w:t>
      </w:r>
      <w:r w:rsidRPr="00C85DBF">
        <w:rPr>
          <w:lang w:val="pl-PL"/>
        </w:rPr>
        <w:br/>
        <w:t>Ciebie wielbi ziemia cała.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Tobie wszyscy Aniołowie,</w:t>
      </w:r>
      <w:r w:rsidRPr="00C85DBF">
        <w:rPr>
          <w:lang w:val="pl-PL"/>
        </w:rPr>
        <w:br/>
        <w:t>Tobie Moce i Niebiosy,</w:t>
      </w:r>
      <w:r w:rsidRPr="00C85DBF">
        <w:rPr>
          <w:lang w:val="pl-PL"/>
        </w:rPr>
        <w:br/>
        <w:t>Cheruby, Serafinowie,</w:t>
      </w:r>
      <w:r w:rsidRPr="00C85DBF">
        <w:rPr>
          <w:lang w:val="pl-PL"/>
        </w:rPr>
        <w:br/>
        <w:t>ślą wieczystej pieśni głosy.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Święty, Święty, nad Świętymi,</w:t>
      </w:r>
      <w:r w:rsidRPr="00C85DBF">
        <w:rPr>
          <w:lang w:val="pl-PL"/>
        </w:rPr>
        <w:br/>
        <w:t>Bóg Zastępów, Król łaskawy,</w:t>
      </w:r>
      <w:r w:rsidRPr="00C85DBF">
        <w:rPr>
          <w:lang w:val="pl-PL"/>
        </w:rPr>
        <w:br/>
        <w:t>pełne niebo z kręgiem ziemi,</w:t>
      </w:r>
      <w:r w:rsidRPr="00C85DBF">
        <w:rPr>
          <w:lang w:val="pl-PL"/>
        </w:rPr>
        <w:br/>
        <w:t>majestatu Twojej sławy.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Apostołów Tobie rzesza,</w:t>
      </w:r>
      <w:r w:rsidRPr="00C85DBF">
        <w:rPr>
          <w:lang w:val="pl-PL"/>
        </w:rPr>
        <w:br/>
        <w:t>chór Proroków pełen chwały,</w:t>
      </w:r>
      <w:r w:rsidRPr="00C85DBF">
        <w:rPr>
          <w:lang w:val="pl-PL"/>
        </w:rPr>
        <w:br/>
        <w:t>Tobie hołdy nieść pośpiesza</w:t>
      </w:r>
      <w:r w:rsidRPr="00C85DBF">
        <w:rPr>
          <w:lang w:val="pl-PL"/>
        </w:rPr>
        <w:br/>
        <w:t>Męczenników orszak biały.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Ciebie poprzez okrąg ziemi,</w:t>
      </w:r>
      <w:r w:rsidRPr="00C85DBF">
        <w:rPr>
          <w:lang w:val="pl-PL"/>
        </w:rPr>
        <w:br/>
        <w:t>z głębi serca ile zdoła,</w:t>
      </w:r>
      <w:r w:rsidRPr="00C85DBF">
        <w:rPr>
          <w:lang w:val="pl-PL"/>
        </w:rPr>
        <w:br/>
        <w:t>głosy ludów zgodzonymi,</w:t>
      </w:r>
      <w:r w:rsidRPr="00C85DBF">
        <w:rPr>
          <w:lang w:val="pl-PL"/>
        </w:rPr>
        <w:br/>
        <w:t>wielbi święta pieśń Kościoła.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Niezmierzonej Ojca chwały,</w:t>
      </w:r>
      <w:r w:rsidRPr="00C85DBF">
        <w:rPr>
          <w:lang w:val="pl-PL"/>
        </w:rPr>
        <w:br/>
        <w:t>Syna Słowo wiekuiste,</w:t>
      </w:r>
      <w:r w:rsidRPr="00C85DBF">
        <w:rPr>
          <w:lang w:val="pl-PL"/>
        </w:rPr>
        <w:br/>
        <w:t>z Duchem wszechświat wielbi cały,</w:t>
      </w:r>
      <w:r w:rsidRPr="00C85DBF">
        <w:rPr>
          <w:lang w:val="pl-PL"/>
        </w:rPr>
        <w:br/>
        <w:t>Królem chwały Tyś, o Chryste.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Tyś Rodzica Syn z wiek wieka,</w:t>
      </w:r>
      <w:r w:rsidRPr="00C85DBF">
        <w:rPr>
          <w:lang w:val="pl-PL"/>
        </w:rPr>
        <w:br/>
        <w:t>by świat zbawić swoim zgonem,</w:t>
      </w:r>
      <w:r w:rsidRPr="00C85DBF">
        <w:rPr>
          <w:lang w:val="pl-PL"/>
        </w:rPr>
        <w:br/>
        <w:t>przyoblókłszy się w człowieka,</w:t>
      </w:r>
      <w:r w:rsidRPr="00C85DBF">
        <w:rPr>
          <w:lang w:val="pl-PL"/>
        </w:rPr>
        <w:br/>
        <w:t>nie wzgardziłeś Panny łonem.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Tyś pokruszył śmierci wrota;</w:t>
      </w:r>
      <w:r w:rsidRPr="00C85DBF">
        <w:rPr>
          <w:lang w:val="pl-PL"/>
        </w:rPr>
        <w:br/>
        <w:t>starł jej oścień w męki dobie</w:t>
      </w:r>
      <w:r w:rsidRPr="00C85DBF">
        <w:rPr>
          <w:lang w:val="pl-PL"/>
        </w:rPr>
        <w:br/>
        <w:t>i rajskiego kraj żywota</w:t>
      </w:r>
      <w:r w:rsidRPr="00C85DBF">
        <w:rPr>
          <w:lang w:val="pl-PL"/>
        </w:rPr>
        <w:br/>
        <w:t>otworzyłeś wiernym sobie.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Po prawicy siedzisz Boga,</w:t>
      </w:r>
      <w:r w:rsidRPr="00C85DBF">
        <w:rPr>
          <w:lang w:val="pl-PL"/>
        </w:rPr>
        <w:br/>
        <w:t>w chwale Ojca, Syn Jedyny,</w:t>
      </w:r>
      <w:r w:rsidRPr="00C85DBF">
        <w:rPr>
          <w:lang w:val="pl-PL"/>
        </w:rPr>
        <w:br/>
        <w:t>lecz gdy zagrzmi trąba sroga,</w:t>
      </w:r>
      <w:r w:rsidRPr="00C85DBF">
        <w:rPr>
          <w:lang w:val="pl-PL"/>
        </w:rPr>
        <w:br/>
        <w:t>przyjdziesz sądzić ludzkie czyny.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Prosim, słudzy łask niegodni,</w:t>
      </w:r>
      <w:r w:rsidRPr="00C85DBF">
        <w:rPr>
          <w:lang w:val="pl-PL"/>
        </w:rPr>
        <w:br/>
        <w:t>wspomóż, obmyj grzech, co plami,</w:t>
      </w:r>
      <w:r w:rsidRPr="00C85DBF">
        <w:rPr>
          <w:lang w:val="pl-PL"/>
        </w:rPr>
        <w:br/>
        <w:t>gdyś odkupił nas od zbrodni</w:t>
      </w:r>
      <w:r w:rsidRPr="00C85DBF">
        <w:rPr>
          <w:lang w:val="pl-PL"/>
        </w:rPr>
        <w:br/>
        <w:t>drogiej swojej Krwi strugami.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Ze Świętymi w blaskach mocy,</w:t>
      </w:r>
      <w:r w:rsidRPr="00C85DBF">
        <w:rPr>
          <w:lang w:val="pl-PL"/>
        </w:rPr>
        <w:br/>
        <w:t>wiecznej chwały zlej nam zdroje:</w:t>
      </w:r>
      <w:r w:rsidRPr="00C85DBF">
        <w:rPr>
          <w:lang w:val="pl-PL"/>
        </w:rPr>
        <w:br/>
        <w:t>zbaw, o Panie, lud sierocy,</w:t>
      </w:r>
      <w:r w:rsidRPr="00C85DBF">
        <w:rPr>
          <w:lang w:val="pl-PL"/>
        </w:rPr>
        <w:br/>
        <w:t>błogosław dziedzictwo swoje.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Rządź je, broń po wszystkie lata,</w:t>
      </w:r>
      <w:r w:rsidRPr="00C85DBF">
        <w:rPr>
          <w:lang w:val="pl-PL"/>
        </w:rPr>
        <w:br/>
        <w:t>prowadź w niebios błogie bramy,</w:t>
      </w:r>
      <w:r w:rsidRPr="00C85DBF">
        <w:rPr>
          <w:lang w:val="pl-PL"/>
        </w:rPr>
        <w:br/>
        <w:t>my w dzień każdy, Władco świata,</w:t>
      </w:r>
      <w:r w:rsidRPr="00C85DBF">
        <w:rPr>
          <w:lang w:val="pl-PL"/>
        </w:rPr>
        <w:br/>
        <w:t>Imię Twoje wysławiamy.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lastRenderedPageBreak/>
        <w:t>Po wiek wieków nie ustanie</w:t>
      </w:r>
      <w:r w:rsidRPr="00C85DBF">
        <w:rPr>
          <w:lang w:val="pl-PL"/>
        </w:rPr>
        <w:br/>
        <w:t>pieśń, co sławi Twoje czyny.</w:t>
      </w:r>
      <w:r w:rsidRPr="00C85DBF">
        <w:rPr>
          <w:lang w:val="pl-PL"/>
        </w:rPr>
        <w:br/>
        <w:t>O, w dniu onym racz nas, Panie,</w:t>
      </w:r>
      <w:r w:rsidRPr="00C85DBF">
        <w:rPr>
          <w:lang w:val="pl-PL"/>
        </w:rPr>
        <w:br/>
        <w:t>od wszelakiej ustrzec winy.</w:t>
      </w:r>
    </w:p>
    <w:p w:rsidR="00AD3A3E" w:rsidRPr="00C85DBF" w:rsidRDefault="00F52167" w:rsidP="006D2F7D">
      <w:pPr>
        <w:keepLines/>
        <w:ind w:left="1440"/>
        <w:rPr>
          <w:lang w:val="pl-PL"/>
        </w:rPr>
      </w:pPr>
      <w:r w:rsidRPr="00C85DBF">
        <w:rPr>
          <w:lang w:val="pl-PL"/>
        </w:rPr>
        <w:t>Zjaw swą litość w życiu całym</w:t>
      </w:r>
      <w:r w:rsidRPr="00C85DBF">
        <w:rPr>
          <w:lang w:val="pl-PL"/>
        </w:rPr>
        <w:br/>
        <w:t>tym, co żebrzą Twej opieki:</w:t>
      </w:r>
      <w:r w:rsidRPr="00C85DBF">
        <w:rPr>
          <w:lang w:val="pl-PL"/>
        </w:rPr>
        <w:br/>
        <w:t>w Tobie, Panie, zaufałem,</w:t>
      </w:r>
      <w:r w:rsidRPr="00C85DBF">
        <w:rPr>
          <w:lang w:val="pl-PL"/>
        </w:rPr>
        <w:br/>
        <w:t>nie zawstydzę się na wieki.</w:t>
      </w:r>
    </w:p>
    <w:sectPr w:rsidR="00AD3A3E" w:rsidRPr="00C85DBF" w:rsidSect="00034616">
      <w:footerReference w:type="default" r:id="rId8"/>
      <w:pgSz w:w="11906" w:h="16838"/>
      <w:pgMar w:top="907" w:right="1020" w:bottom="907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430" w:rsidRDefault="003E4430">
      <w:pPr>
        <w:spacing w:after="0" w:line="240" w:lineRule="auto"/>
      </w:pPr>
      <w:r>
        <w:separator/>
      </w:r>
    </w:p>
  </w:endnote>
  <w:endnote w:type="continuationSeparator" w:id="0">
    <w:p w:rsidR="003E4430" w:rsidRDefault="003E4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67" w:rsidRDefault="00F52167">
    <w:pPr>
      <w:pStyle w:val="Footer"/>
      <w:jc w:val="center"/>
    </w:pPr>
    <w:r>
      <w:t xml:space="preserve">— </w:t>
    </w:r>
    <w:r>
      <w:fldChar w:fldCharType="begin"/>
    </w:r>
    <w:r>
      <w:instrText>PAGE</w:instrText>
    </w:r>
    <w:r>
      <w:fldChar w:fldCharType="separate"/>
    </w:r>
    <w:r w:rsidR="00A02D76">
      <w:rPr>
        <w:noProof/>
      </w:rPr>
      <w:t>4</w:t>
    </w:r>
    <w:r>
      <w:fldChar w:fldCharType="end"/>
    </w:r>
    <w:r>
      <w:t xml:space="preserve"> 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430" w:rsidRDefault="003E4430">
      <w:pPr>
        <w:spacing w:after="0" w:line="240" w:lineRule="auto"/>
      </w:pPr>
      <w:r>
        <w:separator/>
      </w:r>
    </w:p>
  </w:footnote>
  <w:footnote w:type="continuationSeparator" w:id="0">
    <w:p w:rsidR="003E4430" w:rsidRDefault="003E44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84F0D"/>
    <w:rsid w:val="001E7474"/>
    <w:rsid w:val="0029639D"/>
    <w:rsid w:val="002B2265"/>
    <w:rsid w:val="002F0F18"/>
    <w:rsid w:val="00326F90"/>
    <w:rsid w:val="003E4430"/>
    <w:rsid w:val="005C716C"/>
    <w:rsid w:val="006D2F7D"/>
    <w:rsid w:val="009165A5"/>
    <w:rsid w:val="009A0AEB"/>
    <w:rsid w:val="00A02D76"/>
    <w:rsid w:val="00AA1D8D"/>
    <w:rsid w:val="00AD3A3E"/>
    <w:rsid w:val="00B00468"/>
    <w:rsid w:val="00B47730"/>
    <w:rsid w:val="00C85DBF"/>
    <w:rsid w:val="00CA74B3"/>
    <w:rsid w:val="00CB0664"/>
    <w:rsid w:val="00D61736"/>
    <w:rsid w:val="00F373B6"/>
    <w:rsid w:val="00F52167"/>
    <w:rsid w:val="00F844B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390743"/>
  <w14:defaultImageDpi w14:val="300"/>
  <w15:docId w15:val="{669EB5BF-4E75-4485-9D4A-40DD73E15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00" w:line="252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16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8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9A0AEB"/>
    <w:pPr>
      <w:spacing w:before="100"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7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7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1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EBA923-2953-4659-AD3C-A815C4A6C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1985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13274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Ewa</cp:lastModifiedBy>
  <cp:revision>8</cp:revision>
  <cp:lastPrinted>2026-11-02T02:21:00Z</cp:lastPrinted>
  <dcterms:created xsi:type="dcterms:W3CDTF">2026-10-08T04:25:00Z</dcterms:created>
  <dcterms:modified xsi:type="dcterms:W3CDTF">2026-11-02T02:22:00Z</dcterms:modified>
  <cp:category/>
</cp:coreProperties>
</file>